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3A425" w14:textId="77777777" w:rsidR="009D0424" w:rsidRDefault="00D9218E">
      <w:pPr>
        <w:pStyle w:val="Titolo1"/>
      </w:pPr>
      <w:r>
        <w:rPr>
          <w:color w:val="000000"/>
        </w:rPr>
        <w:t>ALLEGATO B – SCHEMA DI PIANO FINANZIARIO</w:t>
      </w:r>
    </w:p>
    <w:p w14:paraId="091CDF82" w14:textId="77777777" w:rsidR="009D0424" w:rsidRDefault="00D9218E">
      <w:pPr>
        <w:pStyle w:val="Titolo2"/>
      </w:pPr>
      <w:r>
        <w:rPr>
          <w:color w:val="000000"/>
        </w:rPr>
        <w:t>AVVISO PUBBLICO PER MANIFESTAZIONE DI INTERESSE – CO-PROGETTAZIONE EX ART. 55 D.LGS. 117/2017</w:t>
      </w:r>
    </w:p>
    <w:p w14:paraId="33B73D51" w14:textId="77777777" w:rsidR="009D0424" w:rsidRDefault="00D9218E">
      <w:pPr>
        <w:pStyle w:val="Titolo3"/>
      </w:pPr>
      <w:r>
        <w:rPr>
          <w:color w:val="000000"/>
        </w:rPr>
        <w:t>ENTE PROPONENTE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D0424" w14:paraId="5E26638B" w14:textId="77777777">
        <w:tc>
          <w:tcPr>
            <w:tcW w:w="4320" w:type="dxa"/>
          </w:tcPr>
          <w:p w14:paraId="17B82405" w14:textId="77777777" w:rsidR="009D0424" w:rsidRDefault="00D9218E">
            <w:r>
              <w:rPr>
                <w:b/>
              </w:rPr>
              <w:t>Denominazione</w:t>
            </w:r>
          </w:p>
        </w:tc>
        <w:tc>
          <w:tcPr>
            <w:tcW w:w="4320" w:type="dxa"/>
          </w:tcPr>
          <w:p w14:paraId="0E4A9442" w14:textId="77777777" w:rsidR="009D0424" w:rsidRDefault="009D0424"/>
        </w:tc>
      </w:tr>
      <w:tr w:rsidR="009D0424" w14:paraId="592D7AC4" w14:textId="77777777">
        <w:tc>
          <w:tcPr>
            <w:tcW w:w="4320" w:type="dxa"/>
          </w:tcPr>
          <w:p w14:paraId="01C5B4D9" w14:textId="77777777" w:rsidR="009D0424" w:rsidRDefault="00D9218E">
            <w:r>
              <w:t>Codice fiscale / P. IVA</w:t>
            </w:r>
          </w:p>
        </w:tc>
        <w:tc>
          <w:tcPr>
            <w:tcW w:w="4320" w:type="dxa"/>
          </w:tcPr>
          <w:p w14:paraId="18B7AB25" w14:textId="77777777" w:rsidR="009D0424" w:rsidRDefault="009D0424"/>
        </w:tc>
      </w:tr>
      <w:tr w:rsidR="009D0424" w14:paraId="265643B1" w14:textId="77777777">
        <w:tc>
          <w:tcPr>
            <w:tcW w:w="4320" w:type="dxa"/>
          </w:tcPr>
          <w:p w14:paraId="40CB9741" w14:textId="77777777" w:rsidR="009D0424" w:rsidRDefault="00D9218E">
            <w:r>
              <w:t>Sede legale</w:t>
            </w:r>
          </w:p>
        </w:tc>
        <w:tc>
          <w:tcPr>
            <w:tcW w:w="4320" w:type="dxa"/>
          </w:tcPr>
          <w:p w14:paraId="5D768196" w14:textId="77777777" w:rsidR="009D0424" w:rsidRDefault="009D0424"/>
        </w:tc>
      </w:tr>
    </w:tbl>
    <w:p w14:paraId="566F9BDD" w14:textId="77777777" w:rsidR="009D0424" w:rsidRDefault="009D0424"/>
    <w:p w14:paraId="12BB60D4" w14:textId="77777777" w:rsidR="009D0424" w:rsidRDefault="00D9218E">
      <w:pPr>
        <w:pStyle w:val="Titolo3"/>
      </w:pPr>
      <w:r>
        <w:rPr>
          <w:color w:val="000000"/>
        </w:rPr>
        <w:t>DATI DEL PROGETTO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D0424" w14:paraId="0E0614C7" w14:textId="77777777">
        <w:tc>
          <w:tcPr>
            <w:tcW w:w="4320" w:type="dxa"/>
          </w:tcPr>
          <w:p w14:paraId="397E5BF0" w14:textId="77777777" w:rsidR="009D0424" w:rsidRDefault="00D9218E">
            <w:r>
              <w:rPr>
                <w:b/>
              </w:rPr>
              <w:t>Titolo del progetto</w:t>
            </w:r>
          </w:p>
        </w:tc>
        <w:tc>
          <w:tcPr>
            <w:tcW w:w="4320" w:type="dxa"/>
          </w:tcPr>
          <w:p w14:paraId="3F99E57F" w14:textId="77777777" w:rsidR="009D0424" w:rsidRDefault="00D9218E">
            <w:r>
              <w:rPr>
                <w:b/>
              </w:rPr>
              <w:t>Accompagnamento trasporto scolastico adolescenti con disabilità e inserimento lavorativo</w:t>
            </w:r>
          </w:p>
        </w:tc>
      </w:tr>
      <w:tr w:rsidR="009D0424" w14:paraId="06546F5A" w14:textId="77777777">
        <w:tc>
          <w:tcPr>
            <w:tcW w:w="4320" w:type="dxa"/>
          </w:tcPr>
          <w:p w14:paraId="1A57CF64" w14:textId="77777777" w:rsidR="009D0424" w:rsidRDefault="00D9218E">
            <w:r>
              <w:t>Durata</w:t>
            </w:r>
          </w:p>
        </w:tc>
        <w:tc>
          <w:tcPr>
            <w:tcW w:w="4320" w:type="dxa"/>
          </w:tcPr>
          <w:p w14:paraId="35BBF28A" w14:textId="0767E5DF" w:rsidR="009D0424" w:rsidRDefault="00D9218E">
            <w:r>
              <w:t xml:space="preserve">9 mesi (anno scolastico </w:t>
            </w:r>
            <w:r w:rsidR="00E84923">
              <w:t>2026</w:t>
            </w:r>
            <w:r>
              <w:t>/</w:t>
            </w:r>
            <w:r w:rsidR="00E84923">
              <w:t>2027</w:t>
            </w:r>
            <w:r>
              <w:t>)</w:t>
            </w:r>
          </w:p>
        </w:tc>
      </w:tr>
      <w:tr w:rsidR="009D0424" w14:paraId="17AA0685" w14:textId="77777777">
        <w:tc>
          <w:tcPr>
            <w:tcW w:w="4320" w:type="dxa"/>
          </w:tcPr>
          <w:p w14:paraId="704093A7" w14:textId="77777777" w:rsidR="009D0424" w:rsidRDefault="00D9218E">
            <w:r>
              <w:t>Ore settimanali lavoratore</w:t>
            </w:r>
          </w:p>
        </w:tc>
        <w:tc>
          <w:tcPr>
            <w:tcW w:w="4320" w:type="dxa"/>
          </w:tcPr>
          <w:p w14:paraId="786D6434" w14:textId="77777777" w:rsidR="009D0424" w:rsidRDefault="00D9218E">
            <w:r>
              <w:t>20 ore (4 ore/giorno × 5 giorni)</w:t>
            </w:r>
          </w:p>
        </w:tc>
      </w:tr>
      <w:tr w:rsidR="009D0424" w14:paraId="2A123E9B" w14:textId="77777777">
        <w:tc>
          <w:tcPr>
            <w:tcW w:w="4320" w:type="dxa"/>
          </w:tcPr>
          <w:p w14:paraId="70C8D7E2" w14:textId="77777777" w:rsidR="009D0424" w:rsidRDefault="00D9218E">
            <w:r>
              <w:t>CCNL applicato</w:t>
            </w:r>
          </w:p>
        </w:tc>
        <w:tc>
          <w:tcPr>
            <w:tcW w:w="4320" w:type="dxa"/>
          </w:tcPr>
          <w:p w14:paraId="640EE273" w14:textId="4737EAF7" w:rsidR="009D0424" w:rsidRDefault="00D9218E">
            <w:r>
              <w:t xml:space="preserve">Cooperative sociali </w:t>
            </w:r>
          </w:p>
        </w:tc>
      </w:tr>
      <w:tr w:rsidR="009D0424" w14:paraId="1894423E" w14:textId="77777777">
        <w:tc>
          <w:tcPr>
            <w:tcW w:w="4320" w:type="dxa"/>
          </w:tcPr>
          <w:p w14:paraId="18F87835" w14:textId="77777777" w:rsidR="009D0424" w:rsidRDefault="00D9218E">
            <w:r>
              <w:t>Ore totali periodo</w:t>
            </w:r>
          </w:p>
        </w:tc>
        <w:tc>
          <w:tcPr>
            <w:tcW w:w="4320" w:type="dxa"/>
          </w:tcPr>
          <w:p w14:paraId="0F285010" w14:textId="77777777" w:rsidR="009D0424" w:rsidRDefault="00D9218E">
            <w:r>
              <w:t>[●] ore (da calcolare su calendario scolastico)</w:t>
            </w:r>
          </w:p>
        </w:tc>
      </w:tr>
    </w:tbl>
    <w:p w14:paraId="0ABE027E" w14:textId="77777777" w:rsidR="009D0424" w:rsidRDefault="009D0424"/>
    <w:p w14:paraId="36725791" w14:textId="77777777" w:rsidR="009D0424" w:rsidRDefault="00D9218E">
      <w:pPr>
        <w:pStyle w:val="Titolo3"/>
      </w:pPr>
      <w:r>
        <w:rPr>
          <w:color w:val="000000"/>
        </w:rPr>
        <w:t>QUADRO RIEPILOGATIVO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D0424" w14:paraId="794723E7" w14:textId="77777777">
        <w:tc>
          <w:tcPr>
            <w:tcW w:w="2880" w:type="dxa"/>
          </w:tcPr>
          <w:p w14:paraId="5B962D91" w14:textId="77777777" w:rsidR="009D0424" w:rsidRDefault="00D9218E">
            <w:r>
              <w:rPr>
                <w:b/>
              </w:rPr>
              <w:t>Voce</w:t>
            </w:r>
          </w:p>
        </w:tc>
        <w:tc>
          <w:tcPr>
            <w:tcW w:w="2880" w:type="dxa"/>
          </w:tcPr>
          <w:p w14:paraId="2B5EEFFD" w14:textId="77777777" w:rsidR="009D0424" w:rsidRDefault="00D9218E">
            <w:r>
              <w:rPr>
                <w:b/>
              </w:rPr>
              <w:t>Importo (€)</w:t>
            </w:r>
          </w:p>
        </w:tc>
        <w:tc>
          <w:tcPr>
            <w:tcW w:w="2880" w:type="dxa"/>
          </w:tcPr>
          <w:p w14:paraId="74298E5B" w14:textId="77777777" w:rsidR="009D0424" w:rsidRDefault="00D9218E">
            <w:r>
              <w:rPr>
                <w:b/>
              </w:rPr>
              <w:t>% sul totale</w:t>
            </w:r>
          </w:p>
        </w:tc>
      </w:tr>
      <w:tr w:rsidR="009D0424" w14:paraId="71334987" w14:textId="77777777">
        <w:tc>
          <w:tcPr>
            <w:tcW w:w="2880" w:type="dxa"/>
          </w:tcPr>
          <w:p w14:paraId="39395605" w14:textId="77777777" w:rsidR="009D0424" w:rsidRDefault="00D9218E">
            <w:r>
              <w:t>A. Costo del personale</w:t>
            </w:r>
          </w:p>
        </w:tc>
        <w:tc>
          <w:tcPr>
            <w:tcW w:w="2880" w:type="dxa"/>
          </w:tcPr>
          <w:p w14:paraId="67A5D674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60211BC5" w14:textId="77777777" w:rsidR="009D0424" w:rsidRDefault="00D9218E">
            <w:r>
              <w:t>____ %</w:t>
            </w:r>
          </w:p>
        </w:tc>
      </w:tr>
      <w:tr w:rsidR="009D0424" w14:paraId="4339952E" w14:textId="77777777">
        <w:tc>
          <w:tcPr>
            <w:tcW w:w="2880" w:type="dxa"/>
          </w:tcPr>
          <w:p w14:paraId="5798AEA3" w14:textId="77777777" w:rsidR="009D0424" w:rsidRDefault="00D9218E">
            <w:r>
              <w:t>B. Costi per trasporto pubblico</w:t>
            </w:r>
          </w:p>
        </w:tc>
        <w:tc>
          <w:tcPr>
            <w:tcW w:w="2880" w:type="dxa"/>
          </w:tcPr>
          <w:p w14:paraId="177080F4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520FCD08" w14:textId="77777777" w:rsidR="009D0424" w:rsidRDefault="00D9218E">
            <w:r>
              <w:t>____ %</w:t>
            </w:r>
          </w:p>
        </w:tc>
      </w:tr>
      <w:tr w:rsidR="009D0424" w14:paraId="7BE7A6A4" w14:textId="77777777">
        <w:tc>
          <w:tcPr>
            <w:tcW w:w="2880" w:type="dxa"/>
          </w:tcPr>
          <w:p w14:paraId="131CE76C" w14:textId="386E57B1" w:rsidR="009D0424" w:rsidRDefault="00D9218E">
            <w:r>
              <w:t>C. Costi per la formazione (</w:t>
            </w:r>
            <w:r w:rsidR="00F76482">
              <w:t>affiancamento, tutoraggio, supervisione)</w:t>
            </w:r>
          </w:p>
        </w:tc>
        <w:tc>
          <w:tcPr>
            <w:tcW w:w="2880" w:type="dxa"/>
          </w:tcPr>
          <w:p w14:paraId="56E6C850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6E9F9A19" w14:textId="77777777" w:rsidR="009D0424" w:rsidRDefault="00D9218E">
            <w:r>
              <w:t>____ %</w:t>
            </w:r>
          </w:p>
        </w:tc>
      </w:tr>
      <w:tr w:rsidR="009D0424" w14:paraId="6ACBB97E" w14:textId="77777777">
        <w:tc>
          <w:tcPr>
            <w:tcW w:w="2880" w:type="dxa"/>
          </w:tcPr>
          <w:p w14:paraId="00F0E1A2" w14:textId="77777777" w:rsidR="009D0424" w:rsidRDefault="00D9218E">
            <w:r>
              <w:t>D. Costi generali e di struttura</w:t>
            </w:r>
          </w:p>
        </w:tc>
        <w:tc>
          <w:tcPr>
            <w:tcW w:w="2880" w:type="dxa"/>
          </w:tcPr>
          <w:p w14:paraId="340CC7AA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695486FE" w14:textId="77777777" w:rsidR="009D0424" w:rsidRDefault="00D9218E">
            <w:r>
              <w:t>____ %</w:t>
            </w:r>
          </w:p>
        </w:tc>
      </w:tr>
      <w:tr w:rsidR="009D0424" w14:paraId="2BF8F04C" w14:textId="77777777">
        <w:tc>
          <w:tcPr>
            <w:tcW w:w="2880" w:type="dxa"/>
          </w:tcPr>
          <w:p w14:paraId="2497F8A2" w14:textId="77777777" w:rsidR="009D0424" w:rsidRDefault="00D9218E">
            <w:r>
              <w:t>Totale costi del progetto (A+B+C+D)</w:t>
            </w:r>
          </w:p>
        </w:tc>
        <w:tc>
          <w:tcPr>
            <w:tcW w:w="2880" w:type="dxa"/>
          </w:tcPr>
          <w:p w14:paraId="752A1B04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6B5B632F" w14:textId="77777777" w:rsidR="009D0424" w:rsidRDefault="00D9218E">
            <w:r>
              <w:t>100 %</w:t>
            </w:r>
          </w:p>
        </w:tc>
      </w:tr>
      <w:tr w:rsidR="009D0424" w14:paraId="176C234F" w14:textId="77777777">
        <w:tc>
          <w:tcPr>
            <w:tcW w:w="2880" w:type="dxa"/>
          </w:tcPr>
          <w:p w14:paraId="08274E95" w14:textId="77777777" w:rsidR="009D0424" w:rsidRDefault="00D9218E">
            <w:r>
              <w:t>Quota a carico del Comune (contributo richiesto)</w:t>
            </w:r>
          </w:p>
        </w:tc>
        <w:tc>
          <w:tcPr>
            <w:tcW w:w="2880" w:type="dxa"/>
          </w:tcPr>
          <w:p w14:paraId="66FE5BBB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4711F837" w14:textId="77777777" w:rsidR="009D0424" w:rsidRDefault="00D9218E">
            <w:r>
              <w:t>____ %</w:t>
            </w:r>
          </w:p>
        </w:tc>
      </w:tr>
      <w:tr w:rsidR="009D0424" w14:paraId="07385899" w14:textId="77777777">
        <w:tc>
          <w:tcPr>
            <w:tcW w:w="2880" w:type="dxa"/>
          </w:tcPr>
          <w:p w14:paraId="2A93528F" w14:textId="77777777" w:rsidR="009D0424" w:rsidRDefault="00D9218E">
            <w:r>
              <w:t>Quota di cofinanziamento ETS</w:t>
            </w:r>
          </w:p>
        </w:tc>
        <w:tc>
          <w:tcPr>
            <w:tcW w:w="2880" w:type="dxa"/>
          </w:tcPr>
          <w:p w14:paraId="70D30F03" w14:textId="77777777" w:rsidR="009D0424" w:rsidRDefault="00D9218E">
            <w:r>
              <w:t>____</w:t>
            </w:r>
          </w:p>
        </w:tc>
        <w:tc>
          <w:tcPr>
            <w:tcW w:w="2880" w:type="dxa"/>
          </w:tcPr>
          <w:p w14:paraId="6BF3E8D6" w14:textId="77777777" w:rsidR="009D0424" w:rsidRDefault="00D9218E">
            <w:r>
              <w:t>____ %</w:t>
            </w:r>
          </w:p>
        </w:tc>
      </w:tr>
    </w:tbl>
    <w:p w14:paraId="17ABACFE" w14:textId="77777777" w:rsidR="009D0424" w:rsidRDefault="009D0424"/>
    <w:p w14:paraId="301843B9" w14:textId="77777777" w:rsidR="009D0424" w:rsidRDefault="00D9218E">
      <w:pPr>
        <w:pStyle w:val="Titolo3"/>
      </w:pPr>
      <w:r>
        <w:rPr>
          <w:color w:val="000000"/>
        </w:rPr>
        <w:t>A. COSTO DEL PERSONALE</w:t>
      </w:r>
    </w:p>
    <w:p w14:paraId="2DEAD392" w14:textId="77777777" w:rsidR="009D0424" w:rsidRDefault="00D9218E">
      <w:r>
        <w:rPr>
          <w:i/>
        </w:rPr>
        <w:t>Compilare utilizzando le tabelle retributive del CCNL cooperative sociali vigente – Profilo A2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D0424" w14:paraId="444BD3CC" w14:textId="77777777">
        <w:tc>
          <w:tcPr>
            <w:tcW w:w="2880" w:type="dxa"/>
          </w:tcPr>
          <w:p w14:paraId="24C346D5" w14:textId="77777777" w:rsidR="009D0424" w:rsidRDefault="00D9218E">
            <w:r>
              <w:rPr>
                <w:b/>
              </w:rPr>
              <w:t>Descrizione</w:t>
            </w:r>
          </w:p>
        </w:tc>
        <w:tc>
          <w:tcPr>
            <w:tcW w:w="2880" w:type="dxa"/>
          </w:tcPr>
          <w:p w14:paraId="72811518" w14:textId="77777777" w:rsidR="009D0424" w:rsidRDefault="00D9218E">
            <w:r>
              <w:rPr>
                <w:b/>
              </w:rPr>
              <w:t>Calcolo</w:t>
            </w:r>
          </w:p>
        </w:tc>
        <w:tc>
          <w:tcPr>
            <w:tcW w:w="2880" w:type="dxa"/>
          </w:tcPr>
          <w:p w14:paraId="5D133101" w14:textId="77777777" w:rsidR="009D0424" w:rsidRDefault="00D9218E">
            <w:r>
              <w:rPr>
                <w:b/>
              </w:rPr>
              <w:t>Importo (€)</w:t>
            </w:r>
          </w:p>
        </w:tc>
      </w:tr>
      <w:tr w:rsidR="009D0424" w14:paraId="4990CA9F" w14:textId="77777777">
        <w:tc>
          <w:tcPr>
            <w:tcW w:w="2880" w:type="dxa"/>
          </w:tcPr>
          <w:p w14:paraId="2C090A2F" w14:textId="77777777" w:rsidR="009D0424" w:rsidRDefault="00D9218E">
            <w:r>
              <w:t>A.1 Retribuzione lorda mensile</w:t>
            </w:r>
          </w:p>
        </w:tc>
        <w:tc>
          <w:tcPr>
            <w:tcW w:w="2880" w:type="dxa"/>
          </w:tcPr>
          <w:p w14:paraId="71D87514" w14:textId="2E87D5D5" w:rsidR="009D0424" w:rsidRDefault="00D9218E">
            <w:r>
              <w:t xml:space="preserve">CCNL coop. sociali, paga base + scatti + indennità (se </w:t>
            </w:r>
            <w:r>
              <w:lastRenderedPageBreak/>
              <w:t>previste)</w:t>
            </w:r>
          </w:p>
        </w:tc>
        <w:tc>
          <w:tcPr>
            <w:tcW w:w="2880" w:type="dxa"/>
          </w:tcPr>
          <w:p w14:paraId="18106F76" w14:textId="77777777" w:rsidR="009D0424" w:rsidRDefault="00D9218E">
            <w:r>
              <w:lastRenderedPageBreak/>
              <w:t>____</w:t>
            </w:r>
          </w:p>
        </w:tc>
      </w:tr>
      <w:tr w:rsidR="009D0424" w14:paraId="59DDB056" w14:textId="77777777">
        <w:tc>
          <w:tcPr>
            <w:tcW w:w="2880" w:type="dxa"/>
          </w:tcPr>
          <w:p w14:paraId="52BA1DE9" w14:textId="77777777" w:rsidR="009D0424" w:rsidRDefault="00D9218E">
            <w:r>
              <w:t>A.2 Retribuzione lorda totale periodo</w:t>
            </w:r>
          </w:p>
        </w:tc>
        <w:tc>
          <w:tcPr>
            <w:tcW w:w="2880" w:type="dxa"/>
          </w:tcPr>
          <w:p w14:paraId="491A5FEA" w14:textId="77777777" w:rsidR="009D0424" w:rsidRDefault="00D9218E">
            <w:r>
              <w:t>A.1 × n. mensilità spettanti nel periodo (____)</w:t>
            </w:r>
          </w:p>
        </w:tc>
        <w:tc>
          <w:tcPr>
            <w:tcW w:w="2880" w:type="dxa"/>
          </w:tcPr>
          <w:p w14:paraId="13DE7FE8" w14:textId="77777777" w:rsidR="009D0424" w:rsidRDefault="00D9218E">
            <w:r>
              <w:t>____</w:t>
            </w:r>
          </w:p>
        </w:tc>
      </w:tr>
      <w:tr w:rsidR="009D0424" w14:paraId="05B5FF5B" w14:textId="77777777">
        <w:tc>
          <w:tcPr>
            <w:tcW w:w="2880" w:type="dxa"/>
          </w:tcPr>
          <w:p w14:paraId="28C2B0E7" w14:textId="77777777" w:rsidR="009D0424" w:rsidRDefault="00D9218E">
            <w:r>
              <w:t>A.3 Rateo tredicesima mensilità</w:t>
            </w:r>
          </w:p>
        </w:tc>
        <w:tc>
          <w:tcPr>
            <w:tcW w:w="2880" w:type="dxa"/>
          </w:tcPr>
          <w:p w14:paraId="500969B4" w14:textId="77777777" w:rsidR="009D0424" w:rsidRDefault="00D9218E">
            <w:r>
              <w:t>(A.2 / 12) × mesi lavorati</w:t>
            </w:r>
          </w:p>
        </w:tc>
        <w:tc>
          <w:tcPr>
            <w:tcW w:w="2880" w:type="dxa"/>
          </w:tcPr>
          <w:p w14:paraId="14290BCA" w14:textId="77777777" w:rsidR="009D0424" w:rsidRDefault="00D9218E">
            <w:r>
              <w:t>____</w:t>
            </w:r>
          </w:p>
        </w:tc>
      </w:tr>
      <w:tr w:rsidR="009D0424" w14:paraId="20F14E35" w14:textId="77777777">
        <w:tc>
          <w:tcPr>
            <w:tcW w:w="2880" w:type="dxa"/>
          </w:tcPr>
          <w:p w14:paraId="3211F7AA" w14:textId="77777777" w:rsidR="009D0424" w:rsidRDefault="00D9218E">
            <w:r>
              <w:t>A.4 Rateo quattordicesima mensilità</w:t>
            </w:r>
          </w:p>
        </w:tc>
        <w:tc>
          <w:tcPr>
            <w:tcW w:w="2880" w:type="dxa"/>
          </w:tcPr>
          <w:p w14:paraId="7656F1AC" w14:textId="77777777" w:rsidR="009D0424" w:rsidRDefault="00D9218E">
            <w:r>
              <w:t>(A.2 / 12) × mesi lavorati (se prevista dal CCNL)</w:t>
            </w:r>
          </w:p>
        </w:tc>
        <w:tc>
          <w:tcPr>
            <w:tcW w:w="2880" w:type="dxa"/>
          </w:tcPr>
          <w:p w14:paraId="0082472E" w14:textId="77777777" w:rsidR="009D0424" w:rsidRDefault="00D9218E">
            <w:r>
              <w:t>____</w:t>
            </w:r>
          </w:p>
        </w:tc>
      </w:tr>
      <w:tr w:rsidR="009D0424" w14:paraId="019CF7B9" w14:textId="77777777">
        <w:tc>
          <w:tcPr>
            <w:tcW w:w="2880" w:type="dxa"/>
          </w:tcPr>
          <w:p w14:paraId="64521E52" w14:textId="77777777" w:rsidR="009D0424" w:rsidRDefault="00D9218E">
            <w:r>
              <w:t>A.5 Contributi previdenziali a carico datore</w:t>
            </w:r>
          </w:p>
        </w:tc>
        <w:tc>
          <w:tcPr>
            <w:tcW w:w="2880" w:type="dxa"/>
          </w:tcPr>
          <w:p w14:paraId="3D6217AD" w14:textId="77777777" w:rsidR="009D0424" w:rsidRDefault="00D9218E">
            <w:r>
              <w:t>Aliquota INPS ____% × (A.2 + A.3 + A.4)</w:t>
            </w:r>
          </w:p>
        </w:tc>
        <w:tc>
          <w:tcPr>
            <w:tcW w:w="2880" w:type="dxa"/>
          </w:tcPr>
          <w:p w14:paraId="77332EF2" w14:textId="77777777" w:rsidR="009D0424" w:rsidRDefault="00D9218E">
            <w:r>
              <w:t>____</w:t>
            </w:r>
          </w:p>
        </w:tc>
      </w:tr>
      <w:tr w:rsidR="009D0424" w14:paraId="6DCAA3AB" w14:textId="77777777">
        <w:tc>
          <w:tcPr>
            <w:tcW w:w="2880" w:type="dxa"/>
          </w:tcPr>
          <w:p w14:paraId="7DD826C8" w14:textId="77777777" w:rsidR="009D0424" w:rsidRDefault="00D9218E">
            <w:r>
              <w:t>A.6 Contributi assistenziali a carico datore</w:t>
            </w:r>
          </w:p>
        </w:tc>
        <w:tc>
          <w:tcPr>
            <w:tcW w:w="2880" w:type="dxa"/>
          </w:tcPr>
          <w:p w14:paraId="6854B7CC" w14:textId="77777777" w:rsidR="009D0424" w:rsidRDefault="00D9218E">
            <w:r>
              <w:t>Aliquota ____% × (A.2 + A.3 + A.4)</w:t>
            </w:r>
          </w:p>
        </w:tc>
        <w:tc>
          <w:tcPr>
            <w:tcW w:w="2880" w:type="dxa"/>
          </w:tcPr>
          <w:p w14:paraId="151BFD21" w14:textId="77777777" w:rsidR="009D0424" w:rsidRDefault="00D9218E">
            <w:r>
              <w:t>____</w:t>
            </w:r>
          </w:p>
        </w:tc>
      </w:tr>
      <w:tr w:rsidR="009D0424" w14:paraId="3678FE2B" w14:textId="77777777">
        <w:tc>
          <w:tcPr>
            <w:tcW w:w="2880" w:type="dxa"/>
          </w:tcPr>
          <w:p w14:paraId="11F5B84E" w14:textId="77777777" w:rsidR="009D0424" w:rsidRDefault="00D9218E">
            <w:r>
              <w:t>A.7 Premio INAIL</w:t>
            </w:r>
          </w:p>
        </w:tc>
        <w:tc>
          <w:tcPr>
            <w:tcW w:w="2880" w:type="dxa"/>
          </w:tcPr>
          <w:p w14:paraId="1AAC5271" w14:textId="77777777" w:rsidR="009D0424" w:rsidRDefault="00D9218E">
            <w:r>
              <w:t>Tasso applicabile ____‰ × retribuzione imponibile</w:t>
            </w:r>
          </w:p>
        </w:tc>
        <w:tc>
          <w:tcPr>
            <w:tcW w:w="2880" w:type="dxa"/>
          </w:tcPr>
          <w:p w14:paraId="5FE3852D" w14:textId="77777777" w:rsidR="009D0424" w:rsidRDefault="00D9218E">
            <w:r>
              <w:t>____</w:t>
            </w:r>
          </w:p>
        </w:tc>
      </w:tr>
      <w:tr w:rsidR="009D0424" w14:paraId="3CC88E34" w14:textId="77777777">
        <w:tc>
          <w:tcPr>
            <w:tcW w:w="2880" w:type="dxa"/>
          </w:tcPr>
          <w:p w14:paraId="5ABB83E6" w14:textId="77777777" w:rsidR="009D0424" w:rsidRDefault="00D9218E">
            <w:r>
              <w:t>A.8 TFR (Trattamento di Fine Rapporto)</w:t>
            </w:r>
          </w:p>
        </w:tc>
        <w:tc>
          <w:tcPr>
            <w:tcW w:w="2880" w:type="dxa"/>
          </w:tcPr>
          <w:p w14:paraId="66BFE4F2" w14:textId="77777777" w:rsidR="009D0424" w:rsidRDefault="00D9218E">
            <w:r>
              <w:t>(A.2 + A.3 + A.4) / 13,5</w:t>
            </w:r>
          </w:p>
        </w:tc>
        <w:tc>
          <w:tcPr>
            <w:tcW w:w="2880" w:type="dxa"/>
          </w:tcPr>
          <w:p w14:paraId="6ABF024F" w14:textId="77777777" w:rsidR="009D0424" w:rsidRDefault="00D9218E">
            <w:r>
              <w:t>____</w:t>
            </w:r>
          </w:p>
        </w:tc>
      </w:tr>
      <w:tr w:rsidR="009D0424" w14:paraId="3C2422E0" w14:textId="77777777">
        <w:tc>
          <w:tcPr>
            <w:tcW w:w="2880" w:type="dxa"/>
          </w:tcPr>
          <w:p w14:paraId="7504443E" w14:textId="77777777" w:rsidR="009D0424" w:rsidRDefault="00D9218E">
            <w:r>
              <w:t>A.9 Altri costi del personale (specificare): ______</w:t>
            </w:r>
          </w:p>
        </w:tc>
        <w:tc>
          <w:tcPr>
            <w:tcW w:w="2880" w:type="dxa"/>
          </w:tcPr>
          <w:p w14:paraId="3FBAF92E" w14:textId="77777777" w:rsidR="009D0424" w:rsidRDefault="009D0424"/>
        </w:tc>
        <w:tc>
          <w:tcPr>
            <w:tcW w:w="2880" w:type="dxa"/>
          </w:tcPr>
          <w:p w14:paraId="02F640E4" w14:textId="77777777" w:rsidR="009D0424" w:rsidRDefault="00D9218E">
            <w:r>
              <w:t>____</w:t>
            </w:r>
          </w:p>
        </w:tc>
      </w:tr>
      <w:tr w:rsidR="009D0424" w14:paraId="5586BC52" w14:textId="77777777">
        <w:tc>
          <w:tcPr>
            <w:tcW w:w="2880" w:type="dxa"/>
          </w:tcPr>
          <w:p w14:paraId="515AC01F" w14:textId="77777777" w:rsidR="009D0424" w:rsidRDefault="00D9218E">
            <w:r>
              <w:t>TOTALE A – Costo del personale</w:t>
            </w:r>
          </w:p>
        </w:tc>
        <w:tc>
          <w:tcPr>
            <w:tcW w:w="2880" w:type="dxa"/>
          </w:tcPr>
          <w:p w14:paraId="21894074" w14:textId="77777777" w:rsidR="009D0424" w:rsidRDefault="009D0424"/>
        </w:tc>
        <w:tc>
          <w:tcPr>
            <w:tcW w:w="2880" w:type="dxa"/>
          </w:tcPr>
          <w:p w14:paraId="297A57CA" w14:textId="77777777" w:rsidR="009D0424" w:rsidRDefault="00D9218E">
            <w:r>
              <w:t>____</w:t>
            </w:r>
          </w:p>
        </w:tc>
      </w:tr>
    </w:tbl>
    <w:p w14:paraId="2CF36AC2" w14:textId="77777777" w:rsidR="009D0424" w:rsidRDefault="009D0424"/>
    <w:p w14:paraId="11536D92" w14:textId="77777777" w:rsidR="009D0424" w:rsidRDefault="00D9218E">
      <w:pPr>
        <w:pStyle w:val="Titolo3"/>
      </w:pPr>
      <w:r>
        <w:rPr>
          <w:color w:val="000000"/>
        </w:rPr>
        <w:t>B. COSTI PER IL TRASPORTO PUBBLICO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D0424" w14:paraId="1F2B8C24" w14:textId="77777777">
        <w:tc>
          <w:tcPr>
            <w:tcW w:w="2880" w:type="dxa"/>
          </w:tcPr>
          <w:p w14:paraId="489F2C64" w14:textId="77777777" w:rsidR="009D0424" w:rsidRDefault="00D9218E">
            <w:r>
              <w:rPr>
                <w:b/>
              </w:rPr>
              <w:t>Descrizione</w:t>
            </w:r>
          </w:p>
        </w:tc>
        <w:tc>
          <w:tcPr>
            <w:tcW w:w="2880" w:type="dxa"/>
          </w:tcPr>
          <w:p w14:paraId="1D76D491" w14:textId="77777777" w:rsidR="009D0424" w:rsidRDefault="00D9218E">
            <w:r>
              <w:rPr>
                <w:b/>
              </w:rPr>
              <w:t>Calcolo</w:t>
            </w:r>
          </w:p>
        </w:tc>
        <w:tc>
          <w:tcPr>
            <w:tcW w:w="2880" w:type="dxa"/>
          </w:tcPr>
          <w:p w14:paraId="72C58927" w14:textId="77777777" w:rsidR="009D0424" w:rsidRDefault="00D9218E">
            <w:r>
              <w:rPr>
                <w:b/>
              </w:rPr>
              <w:t>Importo (€)</w:t>
            </w:r>
          </w:p>
        </w:tc>
      </w:tr>
      <w:tr w:rsidR="009D0424" w14:paraId="716BD396" w14:textId="77777777">
        <w:tc>
          <w:tcPr>
            <w:tcW w:w="2880" w:type="dxa"/>
          </w:tcPr>
          <w:p w14:paraId="64ABF500" w14:textId="77777777" w:rsidR="009D0424" w:rsidRDefault="00D9218E">
            <w:r>
              <w:t>B.1 Abbonamento annuale mezzi pubblici urbani</w:t>
            </w:r>
          </w:p>
        </w:tc>
        <w:tc>
          <w:tcPr>
            <w:tcW w:w="2880" w:type="dxa"/>
          </w:tcPr>
          <w:p w14:paraId="33E2FC7C" w14:textId="77777777" w:rsidR="009D0424" w:rsidRDefault="00D9218E">
            <w:r>
              <w:t>Tariffa ______ × 1 abbonamento</w:t>
            </w:r>
          </w:p>
        </w:tc>
        <w:tc>
          <w:tcPr>
            <w:tcW w:w="2880" w:type="dxa"/>
          </w:tcPr>
          <w:p w14:paraId="25FCE1B6" w14:textId="77777777" w:rsidR="009D0424" w:rsidRDefault="00D9218E">
            <w:r>
              <w:t>____</w:t>
            </w:r>
          </w:p>
        </w:tc>
      </w:tr>
      <w:tr w:rsidR="009D0424" w14:paraId="6227867B" w14:textId="77777777">
        <w:tc>
          <w:tcPr>
            <w:tcW w:w="2880" w:type="dxa"/>
          </w:tcPr>
          <w:p w14:paraId="50A124D7" w14:textId="77777777" w:rsidR="009D0424" w:rsidRDefault="00D9218E">
            <w:r>
              <w:t>B.2 Abbonamento annuale mezzi pubblici extraurbani</w:t>
            </w:r>
          </w:p>
        </w:tc>
        <w:tc>
          <w:tcPr>
            <w:tcW w:w="2880" w:type="dxa"/>
          </w:tcPr>
          <w:p w14:paraId="510F35FA" w14:textId="77777777" w:rsidR="009D0424" w:rsidRDefault="00D9218E">
            <w:r>
              <w:t>Tariffa ______ × 1 abbonamento</w:t>
            </w:r>
          </w:p>
        </w:tc>
        <w:tc>
          <w:tcPr>
            <w:tcW w:w="2880" w:type="dxa"/>
          </w:tcPr>
          <w:p w14:paraId="4F96AAE9" w14:textId="77777777" w:rsidR="009D0424" w:rsidRDefault="00D9218E">
            <w:r>
              <w:t>____</w:t>
            </w:r>
          </w:p>
        </w:tc>
      </w:tr>
      <w:tr w:rsidR="009D0424" w14:paraId="5734FDEE" w14:textId="77777777">
        <w:tc>
          <w:tcPr>
            <w:tcW w:w="2880" w:type="dxa"/>
          </w:tcPr>
          <w:p w14:paraId="215F14B9" w14:textId="77777777" w:rsidR="009D0424" w:rsidRDefault="00D9218E">
            <w:r>
              <w:t>B.3 Altri costi di trasporto (specificare): ______</w:t>
            </w:r>
          </w:p>
        </w:tc>
        <w:tc>
          <w:tcPr>
            <w:tcW w:w="2880" w:type="dxa"/>
          </w:tcPr>
          <w:p w14:paraId="57AAB03B" w14:textId="77777777" w:rsidR="009D0424" w:rsidRDefault="009D0424"/>
        </w:tc>
        <w:tc>
          <w:tcPr>
            <w:tcW w:w="2880" w:type="dxa"/>
          </w:tcPr>
          <w:p w14:paraId="4A37BC06" w14:textId="77777777" w:rsidR="009D0424" w:rsidRDefault="00D9218E">
            <w:r>
              <w:t>____</w:t>
            </w:r>
          </w:p>
        </w:tc>
      </w:tr>
      <w:tr w:rsidR="009D0424" w14:paraId="477AF869" w14:textId="77777777">
        <w:tc>
          <w:tcPr>
            <w:tcW w:w="2880" w:type="dxa"/>
          </w:tcPr>
          <w:p w14:paraId="26FE85CE" w14:textId="77777777" w:rsidR="009D0424" w:rsidRDefault="00D9218E">
            <w:r>
              <w:t>TOTALE B – Costi per trasporto pubblico</w:t>
            </w:r>
          </w:p>
        </w:tc>
        <w:tc>
          <w:tcPr>
            <w:tcW w:w="2880" w:type="dxa"/>
          </w:tcPr>
          <w:p w14:paraId="0D5FEA5C" w14:textId="77777777" w:rsidR="009D0424" w:rsidRDefault="009D0424"/>
        </w:tc>
        <w:tc>
          <w:tcPr>
            <w:tcW w:w="2880" w:type="dxa"/>
          </w:tcPr>
          <w:p w14:paraId="33AE7994" w14:textId="77777777" w:rsidR="009D0424" w:rsidRDefault="00D9218E">
            <w:r>
              <w:t>____</w:t>
            </w:r>
          </w:p>
        </w:tc>
      </w:tr>
    </w:tbl>
    <w:p w14:paraId="53989F39" w14:textId="77777777" w:rsidR="009D0424" w:rsidRDefault="009D0424"/>
    <w:p w14:paraId="212127B3" w14:textId="77E8E431" w:rsidR="009D0424" w:rsidRDefault="00D9218E">
      <w:pPr>
        <w:pStyle w:val="Titolo3"/>
      </w:pPr>
      <w:r>
        <w:rPr>
          <w:color w:val="000000"/>
        </w:rPr>
        <w:t>C. COSTI PER LA FORMAZIONE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D0424" w14:paraId="68109AE1" w14:textId="77777777">
        <w:tc>
          <w:tcPr>
            <w:tcW w:w="2880" w:type="dxa"/>
          </w:tcPr>
          <w:p w14:paraId="0FFCB747" w14:textId="77777777" w:rsidR="009D0424" w:rsidRDefault="00D9218E">
            <w:r>
              <w:rPr>
                <w:b/>
              </w:rPr>
              <w:t>Descrizione</w:t>
            </w:r>
          </w:p>
        </w:tc>
        <w:tc>
          <w:tcPr>
            <w:tcW w:w="2880" w:type="dxa"/>
          </w:tcPr>
          <w:p w14:paraId="6D0FC993" w14:textId="77777777" w:rsidR="009D0424" w:rsidRDefault="00D9218E">
            <w:r>
              <w:rPr>
                <w:b/>
              </w:rPr>
              <w:t>Calcolo</w:t>
            </w:r>
          </w:p>
        </w:tc>
        <w:tc>
          <w:tcPr>
            <w:tcW w:w="2880" w:type="dxa"/>
          </w:tcPr>
          <w:p w14:paraId="11B501BE" w14:textId="77777777" w:rsidR="009D0424" w:rsidRDefault="00D9218E">
            <w:r>
              <w:rPr>
                <w:b/>
              </w:rPr>
              <w:t>Importo (€)</w:t>
            </w:r>
          </w:p>
        </w:tc>
      </w:tr>
      <w:tr w:rsidR="009D0424" w14:paraId="6BB7A01B" w14:textId="77777777">
        <w:tc>
          <w:tcPr>
            <w:tcW w:w="2880" w:type="dxa"/>
          </w:tcPr>
          <w:p w14:paraId="53A1C137" w14:textId="2E32A011" w:rsidR="009D0424" w:rsidRDefault="00D9218E">
            <w:r>
              <w:t>C.</w:t>
            </w:r>
            <w:r w:rsidR="00F76482">
              <w:t>1</w:t>
            </w:r>
            <w:r>
              <w:t xml:space="preserve"> Altri costi formativi (</w:t>
            </w:r>
            <w:r w:rsidR="00F76482">
              <w:t>affiancamento, tutoraggio, supervisione)</w:t>
            </w:r>
          </w:p>
        </w:tc>
        <w:tc>
          <w:tcPr>
            <w:tcW w:w="2880" w:type="dxa"/>
          </w:tcPr>
          <w:p w14:paraId="7F7E5017" w14:textId="77777777" w:rsidR="009D0424" w:rsidRDefault="009D0424"/>
        </w:tc>
        <w:tc>
          <w:tcPr>
            <w:tcW w:w="2880" w:type="dxa"/>
          </w:tcPr>
          <w:p w14:paraId="2BD37EE3" w14:textId="77777777" w:rsidR="009D0424" w:rsidRDefault="00D9218E">
            <w:r>
              <w:t>____</w:t>
            </w:r>
          </w:p>
        </w:tc>
      </w:tr>
      <w:tr w:rsidR="009D0424" w14:paraId="5E7D6B70" w14:textId="77777777">
        <w:tc>
          <w:tcPr>
            <w:tcW w:w="2880" w:type="dxa"/>
          </w:tcPr>
          <w:p w14:paraId="7E861D3F" w14:textId="77777777" w:rsidR="009D0424" w:rsidRDefault="00D9218E">
            <w:r>
              <w:t>TOTALE C – Costi per la formazione</w:t>
            </w:r>
          </w:p>
        </w:tc>
        <w:tc>
          <w:tcPr>
            <w:tcW w:w="2880" w:type="dxa"/>
          </w:tcPr>
          <w:p w14:paraId="7A1CFA63" w14:textId="77777777" w:rsidR="009D0424" w:rsidRDefault="009D0424"/>
        </w:tc>
        <w:tc>
          <w:tcPr>
            <w:tcW w:w="2880" w:type="dxa"/>
          </w:tcPr>
          <w:p w14:paraId="44BE9596" w14:textId="77777777" w:rsidR="009D0424" w:rsidRDefault="00D9218E">
            <w:r>
              <w:t>____</w:t>
            </w:r>
          </w:p>
        </w:tc>
      </w:tr>
    </w:tbl>
    <w:p w14:paraId="0C8FA0A0" w14:textId="77777777" w:rsidR="009D0424" w:rsidRDefault="009D0424"/>
    <w:p w14:paraId="7D11D40B" w14:textId="77777777" w:rsidR="009D0424" w:rsidRDefault="00D9218E">
      <w:pPr>
        <w:pStyle w:val="Titolo3"/>
      </w:pPr>
      <w:r>
        <w:rPr>
          <w:color w:val="000000"/>
        </w:rPr>
        <w:t>D. COSTI GENERALI E DI STRUTTURA</w:t>
      </w:r>
    </w:p>
    <w:p w14:paraId="3000937F" w14:textId="77777777" w:rsidR="009D0424" w:rsidRDefault="00D9218E">
      <w:r>
        <w:rPr>
          <w:i/>
        </w:rPr>
        <w:t>Importo massimo ammissibile: [●]% dei costi diretti (A+B+C), purché analiticamente documentati.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D0424" w14:paraId="0FDE7929" w14:textId="77777777">
        <w:tc>
          <w:tcPr>
            <w:tcW w:w="4320" w:type="dxa"/>
          </w:tcPr>
          <w:p w14:paraId="21273F63" w14:textId="77777777" w:rsidR="009D0424" w:rsidRDefault="00D9218E">
            <w:r>
              <w:rPr>
                <w:b/>
              </w:rPr>
              <w:t>Descrizione</w:t>
            </w:r>
          </w:p>
        </w:tc>
        <w:tc>
          <w:tcPr>
            <w:tcW w:w="4320" w:type="dxa"/>
          </w:tcPr>
          <w:p w14:paraId="79B7810B" w14:textId="77777777" w:rsidR="009D0424" w:rsidRDefault="00D9218E">
            <w:r>
              <w:rPr>
                <w:b/>
              </w:rPr>
              <w:t>Importo (€)</w:t>
            </w:r>
          </w:p>
        </w:tc>
      </w:tr>
      <w:tr w:rsidR="009D0424" w14:paraId="37631251" w14:textId="77777777">
        <w:tc>
          <w:tcPr>
            <w:tcW w:w="4320" w:type="dxa"/>
          </w:tcPr>
          <w:p w14:paraId="64DADE9A" w14:textId="77777777" w:rsidR="009D0424" w:rsidRDefault="00D9218E">
            <w:r>
              <w:t xml:space="preserve">D.1 Affitto e utenze (quota parte imputabile </w:t>
            </w:r>
            <w:r>
              <w:lastRenderedPageBreak/>
              <w:t>al progetto)</w:t>
            </w:r>
          </w:p>
        </w:tc>
        <w:tc>
          <w:tcPr>
            <w:tcW w:w="4320" w:type="dxa"/>
          </w:tcPr>
          <w:p w14:paraId="3B9AA970" w14:textId="77777777" w:rsidR="009D0424" w:rsidRDefault="00D9218E">
            <w:r>
              <w:lastRenderedPageBreak/>
              <w:t>____</w:t>
            </w:r>
          </w:p>
        </w:tc>
      </w:tr>
      <w:tr w:rsidR="009D0424" w14:paraId="2C2FF683" w14:textId="77777777">
        <w:tc>
          <w:tcPr>
            <w:tcW w:w="4320" w:type="dxa"/>
          </w:tcPr>
          <w:p w14:paraId="6EC28517" w14:textId="77777777" w:rsidR="009D0424" w:rsidRDefault="00D9218E">
            <w:r>
              <w:t>D.2 Spese amministrative e di segreteria (personale amministrativo, cancelleria, postali, telefoniche)</w:t>
            </w:r>
          </w:p>
        </w:tc>
        <w:tc>
          <w:tcPr>
            <w:tcW w:w="4320" w:type="dxa"/>
          </w:tcPr>
          <w:p w14:paraId="3778B120" w14:textId="77777777" w:rsidR="009D0424" w:rsidRDefault="00D9218E">
            <w:r>
              <w:t>____</w:t>
            </w:r>
          </w:p>
        </w:tc>
      </w:tr>
      <w:tr w:rsidR="009D0424" w14:paraId="46B7DAE0" w14:textId="77777777">
        <w:tc>
          <w:tcPr>
            <w:tcW w:w="4320" w:type="dxa"/>
          </w:tcPr>
          <w:p w14:paraId="4710C9EB" w14:textId="77777777" w:rsidR="009D0424" w:rsidRDefault="00D9218E">
            <w:r>
              <w:t>D.3 Assicurazioni (RCT/RCO, infortuni, ecc.)</w:t>
            </w:r>
          </w:p>
        </w:tc>
        <w:tc>
          <w:tcPr>
            <w:tcW w:w="4320" w:type="dxa"/>
          </w:tcPr>
          <w:p w14:paraId="6A1F1D67" w14:textId="77777777" w:rsidR="009D0424" w:rsidRDefault="00D9218E">
            <w:r>
              <w:t>____</w:t>
            </w:r>
          </w:p>
        </w:tc>
      </w:tr>
      <w:tr w:rsidR="009D0424" w14:paraId="33B5EE35" w14:textId="77777777">
        <w:tc>
          <w:tcPr>
            <w:tcW w:w="4320" w:type="dxa"/>
          </w:tcPr>
          <w:p w14:paraId="165490C7" w14:textId="77777777" w:rsidR="009D0424" w:rsidRDefault="00D9218E">
            <w:r>
              <w:t>D.4 Formazione e supervisione del lavoratore</w:t>
            </w:r>
          </w:p>
        </w:tc>
        <w:tc>
          <w:tcPr>
            <w:tcW w:w="4320" w:type="dxa"/>
          </w:tcPr>
          <w:p w14:paraId="4542EE1F" w14:textId="77777777" w:rsidR="009D0424" w:rsidRDefault="00D9218E">
            <w:r>
              <w:t>____</w:t>
            </w:r>
          </w:p>
        </w:tc>
      </w:tr>
      <w:tr w:rsidR="009D0424" w14:paraId="0D388275" w14:textId="77777777">
        <w:tc>
          <w:tcPr>
            <w:tcW w:w="4320" w:type="dxa"/>
          </w:tcPr>
          <w:p w14:paraId="65804403" w14:textId="77777777" w:rsidR="009D0424" w:rsidRDefault="00D9218E">
            <w:r>
              <w:t>D.5 Altri costi generali (specificare): ______</w:t>
            </w:r>
          </w:p>
        </w:tc>
        <w:tc>
          <w:tcPr>
            <w:tcW w:w="4320" w:type="dxa"/>
          </w:tcPr>
          <w:p w14:paraId="04BE225A" w14:textId="77777777" w:rsidR="009D0424" w:rsidRDefault="00D9218E">
            <w:r>
              <w:t>____</w:t>
            </w:r>
          </w:p>
        </w:tc>
      </w:tr>
      <w:tr w:rsidR="009D0424" w14:paraId="62CA0993" w14:textId="77777777">
        <w:tc>
          <w:tcPr>
            <w:tcW w:w="4320" w:type="dxa"/>
          </w:tcPr>
          <w:p w14:paraId="4BF178FA" w14:textId="77777777" w:rsidR="009D0424" w:rsidRDefault="00D9218E">
            <w:r>
              <w:t>TOTALE D – Costi generali e di struttura</w:t>
            </w:r>
          </w:p>
        </w:tc>
        <w:tc>
          <w:tcPr>
            <w:tcW w:w="4320" w:type="dxa"/>
          </w:tcPr>
          <w:p w14:paraId="09BAEAB0" w14:textId="77777777" w:rsidR="009D0424" w:rsidRDefault="00D9218E">
            <w:r>
              <w:t>____</w:t>
            </w:r>
          </w:p>
        </w:tc>
      </w:tr>
      <w:tr w:rsidR="009D0424" w14:paraId="3A1EF6B5" w14:textId="77777777">
        <w:tc>
          <w:tcPr>
            <w:tcW w:w="4320" w:type="dxa"/>
          </w:tcPr>
          <w:p w14:paraId="7BDE299C" w14:textId="77777777" w:rsidR="009D0424" w:rsidRDefault="00D9218E">
            <w:r>
              <w:t>Verifica: Totale D ≤ [●]% × (Totale A + Totale B + Totale C)?</w:t>
            </w:r>
          </w:p>
        </w:tc>
        <w:tc>
          <w:tcPr>
            <w:tcW w:w="4320" w:type="dxa"/>
          </w:tcPr>
          <w:p w14:paraId="14EF4461" w14:textId="77777777" w:rsidR="009D0424" w:rsidRDefault="00D9218E">
            <w:r>
              <w:t>☐ SÌ ☐ NO</w:t>
            </w:r>
          </w:p>
        </w:tc>
      </w:tr>
    </w:tbl>
    <w:p w14:paraId="50EB63CE" w14:textId="77777777" w:rsidR="009D0424" w:rsidRDefault="009D0424"/>
    <w:p w14:paraId="7160BECF" w14:textId="77777777" w:rsidR="009D0424" w:rsidRDefault="00D9218E">
      <w:pPr>
        <w:pStyle w:val="Titolo3"/>
      </w:pPr>
      <w:r>
        <w:rPr>
          <w:color w:val="000000"/>
        </w:rPr>
        <w:t>COFINANZIAMENTO DELL'ETS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D0424" w14:paraId="55FC4679" w14:textId="77777777">
        <w:tc>
          <w:tcPr>
            <w:tcW w:w="2880" w:type="dxa"/>
          </w:tcPr>
          <w:p w14:paraId="2784F766" w14:textId="77777777" w:rsidR="009D0424" w:rsidRDefault="00D9218E">
            <w:r>
              <w:rPr>
                <w:b/>
              </w:rPr>
              <w:t>Tipologia di risorsa</w:t>
            </w:r>
          </w:p>
        </w:tc>
        <w:tc>
          <w:tcPr>
            <w:tcW w:w="2880" w:type="dxa"/>
          </w:tcPr>
          <w:p w14:paraId="3313C29F" w14:textId="77777777" w:rsidR="009D0424" w:rsidRDefault="00D9218E">
            <w:r>
              <w:rPr>
                <w:b/>
              </w:rPr>
              <w:t>Descrizione</w:t>
            </w:r>
          </w:p>
        </w:tc>
        <w:tc>
          <w:tcPr>
            <w:tcW w:w="2880" w:type="dxa"/>
          </w:tcPr>
          <w:p w14:paraId="181E1AF1" w14:textId="77777777" w:rsidR="009D0424" w:rsidRDefault="00D9218E">
            <w:r>
              <w:rPr>
                <w:b/>
              </w:rPr>
              <w:t>Valore stimato (€)</w:t>
            </w:r>
          </w:p>
        </w:tc>
      </w:tr>
      <w:tr w:rsidR="009D0424" w14:paraId="0F858B64" w14:textId="77777777">
        <w:tc>
          <w:tcPr>
            <w:tcW w:w="2880" w:type="dxa"/>
          </w:tcPr>
          <w:p w14:paraId="4A286F44" w14:textId="77777777" w:rsidR="009D0424" w:rsidRDefault="00D9218E">
            <w:r>
              <w:t>Risorse finanziarie proprie</w:t>
            </w:r>
          </w:p>
        </w:tc>
        <w:tc>
          <w:tcPr>
            <w:tcW w:w="2880" w:type="dxa"/>
          </w:tcPr>
          <w:p w14:paraId="0C415F58" w14:textId="77777777" w:rsidR="009D0424" w:rsidRDefault="009D0424"/>
        </w:tc>
        <w:tc>
          <w:tcPr>
            <w:tcW w:w="2880" w:type="dxa"/>
          </w:tcPr>
          <w:p w14:paraId="42F36C10" w14:textId="77777777" w:rsidR="009D0424" w:rsidRDefault="00D9218E">
            <w:r>
              <w:t>____</w:t>
            </w:r>
          </w:p>
        </w:tc>
      </w:tr>
      <w:tr w:rsidR="009D0424" w14:paraId="615F1E86" w14:textId="77777777">
        <w:tc>
          <w:tcPr>
            <w:tcW w:w="2880" w:type="dxa"/>
          </w:tcPr>
          <w:p w14:paraId="11412C2F" w14:textId="77777777" w:rsidR="009D0424" w:rsidRDefault="00D9218E">
            <w:r>
              <w:t>Risorse strumentali (beni, attrezzature, locali)</w:t>
            </w:r>
          </w:p>
        </w:tc>
        <w:tc>
          <w:tcPr>
            <w:tcW w:w="2880" w:type="dxa"/>
          </w:tcPr>
          <w:p w14:paraId="0C48CB0A" w14:textId="77777777" w:rsidR="009D0424" w:rsidRDefault="009D0424"/>
        </w:tc>
        <w:tc>
          <w:tcPr>
            <w:tcW w:w="2880" w:type="dxa"/>
          </w:tcPr>
          <w:p w14:paraId="5FA1E871" w14:textId="77777777" w:rsidR="009D0424" w:rsidRDefault="00D9218E">
            <w:r>
              <w:t>____</w:t>
            </w:r>
          </w:p>
        </w:tc>
      </w:tr>
      <w:tr w:rsidR="009D0424" w14:paraId="0395F226" w14:textId="77777777">
        <w:tc>
          <w:tcPr>
            <w:tcW w:w="2880" w:type="dxa"/>
          </w:tcPr>
          <w:p w14:paraId="1922F4F7" w14:textId="77777777" w:rsidR="009D0424" w:rsidRDefault="00D9218E">
            <w:r>
              <w:t>Risorse umane (personale volontario, dipendente non rendicontato)</w:t>
            </w:r>
          </w:p>
        </w:tc>
        <w:tc>
          <w:tcPr>
            <w:tcW w:w="2880" w:type="dxa"/>
          </w:tcPr>
          <w:p w14:paraId="6D1C6BFD" w14:textId="77777777" w:rsidR="009D0424" w:rsidRDefault="009D0424"/>
        </w:tc>
        <w:tc>
          <w:tcPr>
            <w:tcW w:w="2880" w:type="dxa"/>
          </w:tcPr>
          <w:p w14:paraId="7667B4F4" w14:textId="77777777" w:rsidR="009D0424" w:rsidRDefault="00D9218E">
            <w:r>
              <w:t>____</w:t>
            </w:r>
          </w:p>
        </w:tc>
      </w:tr>
      <w:tr w:rsidR="009D0424" w14:paraId="3EF221F6" w14:textId="77777777">
        <w:tc>
          <w:tcPr>
            <w:tcW w:w="2880" w:type="dxa"/>
          </w:tcPr>
          <w:p w14:paraId="2A7758DF" w14:textId="77777777" w:rsidR="009D0424" w:rsidRDefault="00D9218E">
            <w:r>
              <w:t>Altre risorse (specificare): ______</w:t>
            </w:r>
          </w:p>
        </w:tc>
        <w:tc>
          <w:tcPr>
            <w:tcW w:w="2880" w:type="dxa"/>
          </w:tcPr>
          <w:p w14:paraId="3F993E46" w14:textId="77777777" w:rsidR="009D0424" w:rsidRDefault="009D0424"/>
        </w:tc>
        <w:tc>
          <w:tcPr>
            <w:tcW w:w="2880" w:type="dxa"/>
          </w:tcPr>
          <w:p w14:paraId="74F6E668" w14:textId="77777777" w:rsidR="009D0424" w:rsidRDefault="00D9218E">
            <w:r>
              <w:t>____</w:t>
            </w:r>
          </w:p>
        </w:tc>
      </w:tr>
      <w:tr w:rsidR="009D0424" w14:paraId="5B075C78" w14:textId="77777777">
        <w:tc>
          <w:tcPr>
            <w:tcW w:w="2880" w:type="dxa"/>
          </w:tcPr>
          <w:p w14:paraId="6A0DAFB5" w14:textId="77777777" w:rsidR="009D0424" w:rsidRDefault="00D9218E">
            <w:r>
              <w:t>TOTALE COFINANZIAMENTO ETS</w:t>
            </w:r>
          </w:p>
        </w:tc>
        <w:tc>
          <w:tcPr>
            <w:tcW w:w="2880" w:type="dxa"/>
          </w:tcPr>
          <w:p w14:paraId="2A1AAEB0" w14:textId="77777777" w:rsidR="009D0424" w:rsidRDefault="009D0424"/>
        </w:tc>
        <w:tc>
          <w:tcPr>
            <w:tcW w:w="2880" w:type="dxa"/>
          </w:tcPr>
          <w:p w14:paraId="5CAC5A0C" w14:textId="77777777" w:rsidR="009D0424" w:rsidRDefault="00D9218E">
            <w:r>
              <w:t>____</w:t>
            </w:r>
          </w:p>
        </w:tc>
      </w:tr>
    </w:tbl>
    <w:p w14:paraId="447346D4" w14:textId="77777777" w:rsidR="009D0424" w:rsidRDefault="009D0424"/>
    <w:p w14:paraId="157107B0" w14:textId="77777777" w:rsidR="009D0424" w:rsidRDefault="00D9218E">
      <w:pPr>
        <w:pStyle w:val="Titolo3"/>
      </w:pPr>
      <w:r>
        <w:rPr>
          <w:color w:val="000000"/>
        </w:rPr>
        <w:t>CRONOPROGRAMMA FINANZIARIO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9D0424" w14:paraId="10BFA736" w14:textId="77777777">
        <w:tc>
          <w:tcPr>
            <w:tcW w:w="2160" w:type="dxa"/>
          </w:tcPr>
          <w:p w14:paraId="2C40A828" w14:textId="77777777" w:rsidR="009D0424" w:rsidRDefault="00D9218E">
            <w:r>
              <w:rPr>
                <w:b/>
              </w:rPr>
              <w:t>Mese</w:t>
            </w:r>
          </w:p>
        </w:tc>
        <w:tc>
          <w:tcPr>
            <w:tcW w:w="2160" w:type="dxa"/>
          </w:tcPr>
          <w:p w14:paraId="477FC95E" w14:textId="77777777" w:rsidR="009D0424" w:rsidRDefault="00D9218E">
            <w:r>
              <w:rPr>
                <w:b/>
              </w:rPr>
              <w:t>Periodo</w:t>
            </w:r>
          </w:p>
        </w:tc>
        <w:tc>
          <w:tcPr>
            <w:tcW w:w="2160" w:type="dxa"/>
          </w:tcPr>
          <w:p w14:paraId="0C5CF5E4" w14:textId="77777777" w:rsidR="009D0424" w:rsidRDefault="00D9218E">
            <w:r>
              <w:rPr>
                <w:b/>
              </w:rPr>
              <w:t>Quota contributo Comune (€)</w:t>
            </w:r>
          </w:p>
        </w:tc>
        <w:tc>
          <w:tcPr>
            <w:tcW w:w="2160" w:type="dxa"/>
          </w:tcPr>
          <w:p w14:paraId="6551DE07" w14:textId="77777777" w:rsidR="009D0424" w:rsidRDefault="00D9218E">
            <w:r>
              <w:rPr>
                <w:b/>
              </w:rPr>
              <w:t>Note</w:t>
            </w:r>
          </w:p>
        </w:tc>
      </w:tr>
      <w:tr w:rsidR="009D0424" w14:paraId="1566743D" w14:textId="77777777">
        <w:tc>
          <w:tcPr>
            <w:tcW w:w="2160" w:type="dxa"/>
          </w:tcPr>
          <w:p w14:paraId="237E6EFA" w14:textId="77777777" w:rsidR="009D0424" w:rsidRDefault="00D9218E">
            <w:r>
              <w:t>1</w:t>
            </w:r>
          </w:p>
        </w:tc>
        <w:tc>
          <w:tcPr>
            <w:tcW w:w="2160" w:type="dxa"/>
          </w:tcPr>
          <w:p w14:paraId="447434AD" w14:textId="77777777" w:rsidR="009D0424" w:rsidRDefault="00D9218E">
            <w:r>
              <w:t>settembre [●]</w:t>
            </w:r>
          </w:p>
        </w:tc>
        <w:tc>
          <w:tcPr>
            <w:tcW w:w="2160" w:type="dxa"/>
          </w:tcPr>
          <w:p w14:paraId="3915B21B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105E86CF" w14:textId="77777777" w:rsidR="009D0424" w:rsidRDefault="009D0424"/>
        </w:tc>
      </w:tr>
      <w:tr w:rsidR="009D0424" w14:paraId="47735D3B" w14:textId="77777777">
        <w:tc>
          <w:tcPr>
            <w:tcW w:w="2160" w:type="dxa"/>
          </w:tcPr>
          <w:p w14:paraId="1686151D" w14:textId="77777777" w:rsidR="009D0424" w:rsidRDefault="00D9218E">
            <w:r>
              <w:t>2</w:t>
            </w:r>
          </w:p>
        </w:tc>
        <w:tc>
          <w:tcPr>
            <w:tcW w:w="2160" w:type="dxa"/>
          </w:tcPr>
          <w:p w14:paraId="30E4C1EB" w14:textId="77777777" w:rsidR="009D0424" w:rsidRDefault="00D9218E">
            <w:r>
              <w:t>ottobre [●]</w:t>
            </w:r>
          </w:p>
        </w:tc>
        <w:tc>
          <w:tcPr>
            <w:tcW w:w="2160" w:type="dxa"/>
          </w:tcPr>
          <w:p w14:paraId="52F019AE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601602B9" w14:textId="77777777" w:rsidR="009D0424" w:rsidRDefault="009D0424"/>
        </w:tc>
      </w:tr>
      <w:tr w:rsidR="009D0424" w14:paraId="301F8CE8" w14:textId="77777777">
        <w:tc>
          <w:tcPr>
            <w:tcW w:w="2160" w:type="dxa"/>
          </w:tcPr>
          <w:p w14:paraId="2FCC7B19" w14:textId="77777777" w:rsidR="009D0424" w:rsidRDefault="00D9218E">
            <w:r>
              <w:t>3</w:t>
            </w:r>
          </w:p>
        </w:tc>
        <w:tc>
          <w:tcPr>
            <w:tcW w:w="2160" w:type="dxa"/>
          </w:tcPr>
          <w:p w14:paraId="529B3FAE" w14:textId="77777777" w:rsidR="009D0424" w:rsidRDefault="00D9218E">
            <w:r>
              <w:t>novembre [●]</w:t>
            </w:r>
          </w:p>
        </w:tc>
        <w:tc>
          <w:tcPr>
            <w:tcW w:w="2160" w:type="dxa"/>
          </w:tcPr>
          <w:p w14:paraId="28E6C8A2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38ABC133" w14:textId="77777777" w:rsidR="009D0424" w:rsidRDefault="009D0424"/>
        </w:tc>
      </w:tr>
      <w:tr w:rsidR="009D0424" w14:paraId="0383623D" w14:textId="77777777">
        <w:tc>
          <w:tcPr>
            <w:tcW w:w="2160" w:type="dxa"/>
          </w:tcPr>
          <w:p w14:paraId="456D6FC8" w14:textId="77777777" w:rsidR="009D0424" w:rsidRDefault="00D9218E">
            <w:r>
              <w:t>4</w:t>
            </w:r>
          </w:p>
        </w:tc>
        <w:tc>
          <w:tcPr>
            <w:tcW w:w="2160" w:type="dxa"/>
          </w:tcPr>
          <w:p w14:paraId="12661AC9" w14:textId="77777777" w:rsidR="009D0424" w:rsidRDefault="00D9218E">
            <w:r>
              <w:t>dicembre [●]</w:t>
            </w:r>
          </w:p>
        </w:tc>
        <w:tc>
          <w:tcPr>
            <w:tcW w:w="2160" w:type="dxa"/>
          </w:tcPr>
          <w:p w14:paraId="721E3D4D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0D229A3A" w14:textId="77777777" w:rsidR="009D0424" w:rsidRDefault="009D0424"/>
        </w:tc>
      </w:tr>
      <w:tr w:rsidR="009D0424" w14:paraId="0EFAAA19" w14:textId="77777777">
        <w:tc>
          <w:tcPr>
            <w:tcW w:w="2160" w:type="dxa"/>
          </w:tcPr>
          <w:p w14:paraId="625C765B" w14:textId="77777777" w:rsidR="009D0424" w:rsidRDefault="00D9218E">
            <w:r>
              <w:t>5</w:t>
            </w:r>
          </w:p>
        </w:tc>
        <w:tc>
          <w:tcPr>
            <w:tcW w:w="2160" w:type="dxa"/>
          </w:tcPr>
          <w:p w14:paraId="103563BE" w14:textId="77777777" w:rsidR="009D0424" w:rsidRDefault="00D9218E">
            <w:r>
              <w:t>gennaio [●]</w:t>
            </w:r>
          </w:p>
        </w:tc>
        <w:tc>
          <w:tcPr>
            <w:tcW w:w="2160" w:type="dxa"/>
          </w:tcPr>
          <w:p w14:paraId="6B402BF7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17E38890" w14:textId="77777777" w:rsidR="009D0424" w:rsidRDefault="009D0424"/>
        </w:tc>
      </w:tr>
      <w:tr w:rsidR="009D0424" w14:paraId="1B792E20" w14:textId="77777777">
        <w:tc>
          <w:tcPr>
            <w:tcW w:w="2160" w:type="dxa"/>
          </w:tcPr>
          <w:p w14:paraId="415C33E2" w14:textId="77777777" w:rsidR="009D0424" w:rsidRDefault="00D9218E">
            <w:r>
              <w:t>6</w:t>
            </w:r>
          </w:p>
        </w:tc>
        <w:tc>
          <w:tcPr>
            <w:tcW w:w="2160" w:type="dxa"/>
          </w:tcPr>
          <w:p w14:paraId="093F44CA" w14:textId="77777777" w:rsidR="009D0424" w:rsidRDefault="00D9218E">
            <w:r>
              <w:t>febbraio [●]</w:t>
            </w:r>
          </w:p>
        </w:tc>
        <w:tc>
          <w:tcPr>
            <w:tcW w:w="2160" w:type="dxa"/>
          </w:tcPr>
          <w:p w14:paraId="5B3EAB22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0E382892" w14:textId="77777777" w:rsidR="009D0424" w:rsidRDefault="009D0424"/>
        </w:tc>
      </w:tr>
      <w:tr w:rsidR="009D0424" w14:paraId="1903B639" w14:textId="77777777">
        <w:tc>
          <w:tcPr>
            <w:tcW w:w="2160" w:type="dxa"/>
          </w:tcPr>
          <w:p w14:paraId="12EB473D" w14:textId="77777777" w:rsidR="009D0424" w:rsidRDefault="00D9218E">
            <w:r>
              <w:t>7</w:t>
            </w:r>
          </w:p>
        </w:tc>
        <w:tc>
          <w:tcPr>
            <w:tcW w:w="2160" w:type="dxa"/>
          </w:tcPr>
          <w:p w14:paraId="671898D1" w14:textId="77777777" w:rsidR="009D0424" w:rsidRDefault="00D9218E">
            <w:r>
              <w:t>marzo [●]</w:t>
            </w:r>
          </w:p>
        </w:tc>
        <w:tc>
          <w:tcPr>
            <w:tcW w:w="2160" w:type="dxa"/>
          </w:tcPr>
          <w:p w14:paraId="35AB89D4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10D3662E" w14:textId="77777777" w:rsidR="009D0424" w:rsidRDefault="009D0424"/>
        </w:tc>
      </w:tr>
      <w:tr w:rsidR="009D0424" w14:paraId="5DE3FD6B" w14:textId="77777777">
        <w:tc>
          <w:tcPr>
            <w:tcW w:w="2160" w:type="dxa"/>
          </w:tcPr>
          <w:p w14:paraId="3E72756F" w14:textId="77777777" w:rsidR="009D0424" w:rsidRDefault="00D9218E">
            <w:r>
              <w:t>8</w:t>
            </w:r>
          </w:p>
        </w:tc>
        <w:tc>
          <w:tcPr>
            <w:tcW w:w="2160" w:type="dxa"/>
          </w:tcPr>
          <w:p w14:paraId="480FFD2A" w14:textId="77777777" w:rsidR="009D0424" w:rsidRDefault="00D9218E">
            <w:r>
              <w:t>aprile [●]</w:t>
            </w:r>
          </w:p>
        </w:tc>
        <w:tc>
          <w:tcPr>
            <w:tcW w:w="2160" w:type="dxa"/>
          </w:tcPr>
          <w:p w14:paraId="287005EE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6CA054D9" w14:textId="77777777" w:rsidR="009D0424" w:rsidRDefault="009D0424"/>
        </w:tc>
      </w:tr>
      <w:tr w:rsidR="009D0424" w14:paraId="574E6BD6" w14:textId="77777777">
        <w:tc>
          <w:tcPr>
            <w:tcW w:w="2160" w:type="dxa"/>
          </w:tcPr>
          <w:p w14:paraId="0E7DE3FD" w14:textId="77777777" w:rsidR="009D0424" w:rsidRDefault="00D9218E">
            <w:r>
              <w:t>9</w:t>
            </w:r>
          </w:p>
        </w:tc>
        <w:tc>
          <w:tcPr>
            <w:tcW w:w="2160" w:type="dxa"/>
          </w:tcPr>
          <w:p w14:paraId="0EA02CE4" w14:textId="77777777" w:rsidR="009D0424" w:rsidRDefault="00D9218E">
            <w:r>
              <w:t>maggio [●]</w:t>
            </w:r>
          </w:p>
        </w:tc>
        <w:tc>
          <w:tcPr>
            <w:tcW w:w="2160" w:type="dxa"/>
          </w:tcPr>
          <w:p w14:paraId="31E6E159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015FE7DB" w14:textId="77777777" w:rsidR="009D0424" w:rsidRDefault="009D0424"/>
        </w:tc>
      </w:tr>
      <w:tr w:rsidR="009D0424" w14:paraId="392B4941" w14:textId="77777777">
        <w:tc>
          <w:tcPr>
            <w:tcW w:w="2160" w:type="dxa"/>
          </w:tcPr>
          <w:p w14:paraId="768BE22F" w14:textId="77777777" w:rsidR="009D0424" w:rsidRDefault="00D9218E">
            <w:r>
              <w:t>10</w:t>
            </w:r>
          </w:p>
        </w:tc>
        <w:tc>
          <w:tcPr>
            <w:tcW w:w="2160" w:type="dxa"/>
          </w:tcPr>
          <w:p w14:paraId="6F710A86" w14:textId="77777777" w:rsidR="009D0424" w:rsidRDefault="00D9218E">
            <w:r>
              <w:t>giugno [●]</w:t>
            </w:r>
          </w:p>
        </w:tc>
        <w:tc>
          <w:tcPr>
            <w:tcW w:w="2160" w:type="dxa"/>
          </w:tcPr>
          <w:p w14:paraId="5EADB4C8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48FD5178" w14:textId="77777777" w:rsidR="009D0424" w:rsidRDefault="009D0424"/>
        </w:tc>
      </w:tr>
      <w:tr w:rsidR="009D0424" w14:paraId="21FDC241" w14:textId="77777777">
        <w:tc>
          <w:tcPr>
            <w:tcW w:w="2160" w:type="dxa"/>
          </w:tcPr>
          <w:p w14:paraId="4CA6023A" w14:textId="77777777" w:rsidR="009D0424" w:rsidRDefault="00D9218E">
            <w:r>
              <w:t>TOTALE</w:t>
            </w:r>
          </w:p>
        </w:tc>
        <w:tc>
          <w:tcPr>
            <w:tcW w:w="2160" w:type="dxa"/>
          </w:tcPr>
          <w:p w14:paraId="17B04D14" w14:textId="77777777" w:rsidR="009D0424" w:rsidRDefault="009D0424"/>
        </w:tc>
        <w:tc>
          <w:tcPr>
            <w:tcW w:w="2160" w:type="dxa"/>
          </w:tcPr>
          <w:p w14:paraId="6189C238" w14:textId="77777777" w:rsidR="009D0424" w:rsidRDefault="00D9218E">
            <w:r>
              <w:t>____</w:t>
            </w:r>
          </w:p>
        </w:tc>
        <w:tc>
          <w:tcPr>
            <w:tcW w:w="2160" w:type="dxa"/>
          </w:tcPr>
          <w:p w14:paraId="7CECC2E5" w14:textId="77777777" w:rsidR="009D0424" w:rsidRDefault="00D9218E">
            <w:r>
              <w:t>(deve coincidere con contributo richiesto)</w:t>
            </w:r>
          </w:p>
        </w:tc>
      </w:tr>
    </w:tbl>
    <w:p w14:paraId="1F120338" w14:textId="77777777" w:rsidR="009D0424" w:rsidRDefault="009D0424"/>
    <w:p w14:paraId="11123963" w14:textId="77777777" w:rsidR="009D0424" w:rsidRDefault="00D9218E">
      <w:pPr>
        <w:pStyle w:val="Titolo3"/>
      </w:pPr>
      <w:r>
        <w:rPr>
          <w:color w:val="000000"/>
        </w:rPr>
        <w:t>ARTICOLAZIONE DELLE EROGAZIONI RICHIESTE</w:t>
      </w:r>
    </w:p>
    <w:p w14:paraId="03304DBB" w14:textId="77777777" w:rsidR="009D0424" w:rsidRDefault="00D9218E">
      <w:r>
        <w:t>☐ Rateo mensile posticipato, su rendicontazione mensile delle spese</w:t>
      </w:r>
    </w:p>
    <w:p w14:paraId="6F22AC56" w14:textId="77777777" w:rsidR="009D0424" w:rsidRDefault="00D9218E">
      <w:r>
        <w:lastRenderedPageBreak/>
        <w:t>☐ Anticipazione iniziale del [●]% + saldo a rendicontazione finale</w:t>
      </w:r>
    </w:p>
    <w:p w14:paraId="203A624C" w14:textId="77777777" w:rsidR="009D0424" w:rsidRDefault="00D9218E">
      <w:r>
        <w:t>☐ Anticipazione iniziale del [●]% + ratei trimestrali + saldo finale</w:t>
      </w:r>
    </w:p>
    <w:p w14:paraId="7AD9BC2C" w14:textId="77777777" w:rsidR="009D0424" w:rsidRDefault="00D9218E">
      <w:r>
        <w:t xml:space="preserve">☐ Altro </w:t>
      </w:r>
      <w:r>
        <w:rPr>
          <w:i/>
        </w:rPr>
        <w:t>(specificare)</w:t>
      </w:r>
      <w:r>
        <w:t xml:space="preserve">: </w:t>
      </w:r>
      <w:r>
        <w:rPr>
          <w:b/>
        </w:rPr>
        <w:t>*_</w:t>
      </w:r>
      <w:r>
        <w:t>_</w:t>
      </w:r>
      <w:r>
        <w:rPr>
          <w:b/>
        </w:rPr>
        <w:t>_</w:t>
      </w:r>
      <w:r>
        <w:t>*___</w:t>
      </w:r>
    </w:p>
    <w:p w14:paraId="0E14D787" w14:textId="77777777" w:rsidR="009D0424" w:rsidRDefault="00D9218E">
      <w:pPr>
        <w:pStyle w:val="Titolo3"/>
      </w:pPr>
      <w:r>
        <w:rPr>
          <w:color w:val="000000"/>
        </w:rPr>
        <w:t>METODOLOGIA DI RENDICONTAZIONE</w:t>
      </w:r>
    </w:p>
    <w:p w14:paraId="509D0D1D" w14:textId="77777777" w:rsidR="009D0424" w:rsidRDefault="00D9218E">
      <w:r>
        <w:t>L'ETS si impegna a rendicontare analiticamente tutte le spese sostenute mediante:</w:t>
      </w:r>
    </w:p>
    <w:p w14:paraId="340CFEC8" w14:textId="77777777" w:rsidR="009D0424" w:rsidRDefault="00D9218E">
      <w:pPr>
        <w:pStyle w:val="Puntoelenco"/>
      </w:pPr>
      <w:r>
        <w:t>prospetto riepilogativo mensile/trimestrale delle spese</w:t>
      </w:r>
    </w:p>
    <w:p w14:paraId="7197120C" w14:textId="77777777" w:rsidR="009D0424" w:rsidRDefault="00D9218E">
      <w:pPr>
        <w:pStyle w:val="Puntoelenco"/>
      </w:pPr>
      <w:r>
        <w:t>copia dei cedolini paga e dei versamenti contributivi e assicurativi</w:t>
      </w:r>
    </w:p>
    <w:p w14:paraId="4B9C5CEE" w14:textId="77777777" w:rsidR="009D0424" w:rsidRDefault="00D9218E">
      <w:pPr>
        <w:pStyle w:val="Puntoelenco"/>
      </w:pPr>
      <w:r>
        <w:t>copia delle fatture e ricevute di acquisto</w:t>
      </w:r>
    </w:p>
    <w:p w14:paraId="48A5F8FE" w14:textId="77777777" w:rsidR="009D0424" w:rsidRDefault="00D9218E">
      <w:pPr>
        <w:pStyle w:val="Puntoelenco"/>
      </w:pPr>
      <w:r>
        <w:t>estratti conto bancari comprovanti i pagamenti</w:t>
      </w:r>
    </w:p>
    <w:p w14:paraId="224DFCA5" w14:textId="77777777" w:rsidR="009D0424" w:rsidRDefault="00D9218E">
      <w:pPr>
        <w:pStyle w:val="Puntoelenco"/>
      </w:pPr>
      <w:r>
        <w:t>timesheet mensile del lavoratore (ore effettuate, tragitti, presenze)</w:t>
      </w:r>
    </w:p>
    <w:p w14:paraId="24E20DA6" w14:textId="77777777" w:rsidR="009D0424" w:rsidRDefault="00D9218E">
      <w:pPr>
        <w:pStyle w:val="Puntoelenco"/>
      </w:pPr>
      <w:r>
        <w:t>relazione sintetica sull'andamento del progetto</w:t>
      </w:r>
    </w:p>
    <w:p w14:paraId="0F326CA1" w14:textId="77777777" w:rsidR="009D0424" w:rsidRDefault="00D9218E">
      <w:pPr>
        <w:pStyle w:val="Puntoelenco"/>
      </w:pPr>
      <w:r>
        <w:t>ogni altro documento richiesto dall'Amministrazione</w:t>
      </w:r>
    </w:p>
    <w:p w14:paraId="1C7E0F5E" w14:textId="77777777" w:rsidR="009D0424" w:rsidRDefault="00D9218E">
      <w:r>
        <w:rPr>
          <w:b/>
        </w:rPr>
        <w:t>[Luogo], [data]</w:t>
      </w:r>
    </w:p>
    <w:p w14:paraId="2B204970" w14:textId="77777777" w:rsidR="009D0424" w:rsidRDefault="00D9218E">
      <w:r>
        <w:rPr>
          <w:b/>
        </w:rPr>
        <w:t>Il Legale Rappresentante</w:t>
      </w:r>
    </w:p>
    <w:p w14:paraId="10AE21AF" w14:textId="77777777" w:rsidR="009D0424" w:rsidRDefault="00D9218E">
      <w:r>
        <w:rPr>
          <w:i/>
        </w:rPr>
        <w:t>(firma digitale o autografa)</w:t>
      </w:r>
    </w:p>
    <w:sectPr w:rsidR="009D042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3146904">
    <w:abstractNumId w:val="8"/>
  </w:num>
  <w:num w:numId="2" w16cid:durableId="562639057">
    <w:abstractNumId w:val="6"/>
  </w:num>
  <w:num w:numId="3" w16cid:durableId="385447945">
    <w:abstractNumId w:val="5"/>
  </w:num>
  <w:num w:numId="4" w16cid:durableId="766384006">
    <w:abstractNumId w:val="4"/>
  </w:num>
  <w:num w:numId="5" w16cid:durableId="544875281">
    <w:abstractNumId w:val="7"/>
  </w:num>
  <w:num w:numId="6" w16cid:durableId="1616673210">
    <w:abstractNumId w:val="3"/>
  </w:num>
  <w:num w:numId="7" w16cid:durableId="1091927581">
    <w:abstractNumId w:val="2"/>
  </w:num>
  <w:num w:numId="8" w16cid:durableId="512770583">
    <w:abstractNumId w:val="1"/>
  </w:num>
  <w:num w:numId="9" w16cid:durableId="2015255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F5B5C"/>
    <w:rsid w:val="00326F90"/>
    <w:rsid w:val="00920216"/>
    <w:rsid w:val="009D0424"/>
    <w:rsid w:val="00AA1D8D"/>
    <w:rsid w:val="00B47730"/>
    <w:rsid w:val="00BB6396"/>
    <w:rsid w:val="00CB0664"/>
    <w:rsid w:val="00D9218E"/>
    <w:rsid w:val="00D97B2C"/>
    <w:rsid w:val="00E84923"/>
    <w:rsid w:val="00F7648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C85D20"/>
  <w14:defaultImageDpi w14:val="300"/>
  <w15:docId w15:val="{F23467E8-1C49-4640-A701-79D487CC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it-IT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Sonia Borriero</cp:lastModifiedBy>
  <cp:revision>4</cp:revision>
  <dcterms:created xsi:type="dcterms:W3CDTF">2013-12-23T23:15:00Z</dcterms:created>
  <dcterms:modified xsi:type="dcterms:W3CDTF">2026-07-31T09:36:00Z</dcterms:modified>
  <cp:category/>
</cp:coreProperties>
</file>