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B4340" w14:textId="77777777" w:rsidR="004B5FA1" w:rsidRDefault="00690343">
      <w:pPr>
        <w:pStyle w:val="Titolo1"/>
      </w:pPr>
      <w:r>
        <w:rPr>
          <w:color w:val="000000"/>
        </w:rPr>
        <w:t>ALLEGATO A – MODELLO DI DOMANDA DI PARTECIPAZIONE</w:t>
      </w:r>
    </w:p>
    <w:p w14:paraId="0CEFAF97" w14:textId="77777777" w:rsidR="004B5FA1" w:rsidRDefault="00690343">
      <w:pPr>
        <w:pStyle w:val="Titolo2"/>
      </w:pPr>
      <w:r>
        <w:rPr>
          <w:color w:val="000000"/>
        </w:rPr>
        <w:t>AVVISO PUBBLICO PER MANIFESTAZIONE DI INTERESSE FINALIZZATA ALL'AVVIO DI UN PROCEDIMENTO DI CO-PROGETTAZIONE EX ART. 55 D.LGS. 117/2017 – ACCOMPAGNAMENTO TRASPORTO SCOLASTICO DISABILI E INSERIMENTO LAVORATIVO</w:t>
      </w:r>
    </w:p>
    <w:p w14:paraId="0C593535" w14:textId="77777777" w:rsidR="00B45CEA" w:rsidRDefault="00690343" w:rsidP="0098461B">
      <w:pPr>
        <w:jc w:val="right"/>
      </w:pPr>
      <w:r>
        <w:t xml:space="preserve">Al Comune di </w:t>
      </w:r>
      <w:r w:rsidR="00B45CEA">
        <w:t>Camisano Vicentino</w:t>
      </w:r>
    </w:p>
    <w:p w14:paraId="15D9D2F5" w14:textId="0F2D6D24" w:rsidR="00B45CEA" w:rsidRDefault="00B45CEA" w:rsidP="0098461B">
      <w:pPr>
        <w:jc w:val="right"/>
      </w:pPr>
      <w:r>
        <w:t>Piazza Umberto I n. 1</w:t>
      </w:r>
    </w:p>
    <w:p w14:paraId="6AC3DF96" w14:textId="2DBAD538" w:rsidR="00B45CEA" w:rsidRDefault="00B45CEA" w:rsidP="0098461B">
      <w:pPr>
        <w:jc w:val="right"/>
      </w:pPr>
      <w:r>
        <w:t>36043 CAMISANO VICENTINO</w:t>
      </w:r>
    </w:p>
    <w:p w14:paraId="622FF651" w14:textId="3A63F658" w:rsidR="004B5FA1" w:rsidRDefault="00690343" w:rsidP="0098461B">
      <w:pPr>
        <w:jc w:val="right"/>
      </w:pPr>
      <w:r>
        <w:t>PEC</w:t>
      </w:r>
      <w:r w:rsidR="00B45CEA">
        <w:t xml:space="preserve"> comune.camisanovicentino</w:t>
      </w:r>
      <w:r>
        <w:t>@</w:t>
      </w:r>
      <w:r w:rsidR="00B45CEA">
        <w:t>halleycert.</w:t>
      </w:r>
      <w:r>
        <w:t>it</w:t>
      </w:r>
    </w:p>
    <w:p w14:paraId="65095FAF" w14:textId="77777777" w:rsidR="004B5FA1" w:rsidRDefault="00690343">
      <w:r>
        <w:t xml:space="preserve">Il/La sottoscritto/a </w:t>
      </w:r>
      <w:r>
        <w:rPr>
          <w:b/>
        </w:rPr>
        <w:t>*_</w:t>
      </w:r>
      <w:r>
        <w:t>_</w:t>
      </w:r>
      <w:r>
        <w:rPr>
          <w:b/>
        </w:rPr>
        <w:t>_</w:t>
      </w:r>
      <w:r>
        <w:rPr>
          <w:i/>
        </w:rPr>
        <w:t xml:space="preserve">___, nato/a a </w:t>
      </w:r>
      <w:r>
        <w:rPr>
          <w:b/>
        </w:rPr>
        <w:t>_</w:t>
      </w:r>
      <w:r>
        <w:t>_</w:t>
      </w:r>
      <w:r>
        <w:rPr>
          <w:b/>
        </w:rPr>
        <w:t>_</w:t>
      </w:r>
      <w:r>
        <w:rPr>
          <w:i/>
        </w:rPr>
        <w:t xml:space="preserve">___ il </w:t>
      </w:r>
      <w:r>
        <w:rPr>
          <w:b/>
        </w:rPr>
        <w:t>_</w:t>
      </w:r>
      <w:r>
        <w:t>_</w:t>
      </w:r>
      <w:r>
        <w:rPr>
          <w:b/>
        </w:rPr>
        <w:t>_</w:t>
      </w:r>
      <w:r>
        <w:rPr>
          <w:i/>
        </w:rPr>
        <w:t xml:space="preserve">___, C.F. </w:t>
      </w:r>
      <w:r>
        <w:rPr>
          <w:b/>
        </w:rPr>
        <w:t>_</w:t>
      </w:r>
      <w:r>
        <w:t>_</w:t>
      </w:r>
      <w:r>
        <w:rPr>
          <w:b/>
        </w:rPr>
        <w:t>_</w:t>
      </w:r>
      <w:r>
        <w:t>*___, in qualità di legale rappresentante dell'ente: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B5FA1" w14:paraId="4A4B9FE4" w14:textId="77777777">
        <w:tc>
          <w:tcPr>
            <w:tcW w:w="4320" w:type="dxa"/>
          </w:tcPr>
          <w:p w14:paraId="33A8A9BF" w14:textId="77777777" w:rsidR="004B5FA1" w:rsidRDefault="00690343">
            <w:r>
              <w:rPr>
                <w:b/>
              </w:rPr>
              <w:t>Denominazione</w:t>
            </w:r>
          </w:p>
        </w:tc>
        <w:tc>
          <w:tcPr>
            <w:tcW w:w="4320" w:type="dxa"/>
          </w:tcPr>
          <w:p w14:paraId="6884D0D0" w14:textId="77777777" w:rsidR="004B5FA1" w:rsidRDefault="004B5FA1"/>
        </w:tc>
      </w:tr>
      <w:tr w:rsidR="004B5FA1" w14:paraId="1C007B00" w14:textId="77777777">
        <w:tc>
          <w:tcPr>
            <w:tcW w:w="4320" w:type="dxa"/>
          </w:tcPr>
          <w:p w14:paraId="5241CFFC" w14:textId="77777777" w:rsidR="004B5FA1" w:rsidRDefault="00690343">
            <w:r>
              <w:t>Natura giuridica</w:t>
            </w:r>
          </w:p>
        </w:tc>
        <w:tc>
          <w:tcPr>
            <w:tcW w:w="4320" w:type="dxa"/>
          </w:tcPr>
          <w:p w14:paraId="41D4CE70" w14:textId="77777777" w:rsidR="004B5FA1" w:rsidRDefault="00690343">
            <w:r>
              <w:t>☐</w:t>
            </w:r>
            <w:r>
              <w:t xml:space="preserve"> Cooperativa sociale – tipo [☐ A] [☐ B] [☐ A+B] ☐ Associazione di promozione sociale ☐ Organizzazione di volontariato ☐ Impresa sociale ☐ Altro ETS (specificare): ___</w:t>
            </w:r>
          </w:p>
        </w:tc>
      </w:tr>
      <w:tr w:rsidR="004B5FA1" w14:paraId="587464ED" w14:textId="77777777">
        <w:tc>
          <w:tcPr>
            <w:tcW w:w="4320" w:type="dxa"/>
          </w:tcPr>
          <w:p w14:paraId="597B8072" w14:textId="77777777" w:rsidR="004B5FA1" w:rsidRDefault="00690343">
            <w:r>
              <w:t>Sede legale</w:t>
            </w:r>
          </w:p>
        </w:tc>
        <w:tc>
          <w:tcPr>
            <w:tcW w:w="4320" w:type="dxa"/>
          </w:tcPr>
          <w:p w14:paraId="71FB8042" w14:textId="77777777" w:rsidR="004B5FA1" w:rsidRDefault="00690343">
            <w:r>
              <w:t>Via/Piazza ___, n. _ CAP _ Comune ___ (____)</w:t>
            </w:r>
          </w:p>
        </w:tc>
      </w:tr>
      <w:tr w:rsidR="004B5FA1" w14:paraId="47E2AC6B" w14:textId="77777777">
        <w:tc>
          <w:tcPr>
            <w:tcW w:w="4320" w:type="dxa"/>
          </w:tcPr>
          <w:p w14:paraId="0450C92B" w14:textId="77777777" w:rsidR="004B5FA1" w:rsidRDefault="00690343">
            <w:r>
              <w:t>Codice fiscale / P. IVA</w:t>
            </w:r>
          </w:p>
        </w:tc>
        <w:tc>
          <w:tcPr>
            <w:tcW w:w="4320" w:type="dxa"/>
          </w:tcPr>
          <w:p w14:paraId="2A422DC5" w14:textId="77777777" w:rsidR="004B5FA1" w:rsidRDefault="004B5FA1"/>
        </w:tc>
      </w:tr>
      <w:tr w:rsidR="004B5FA1" w14:paraId="2BB1F531" w14:textId="77777777">
        <w:tc>
          <w:tcPr>
            <w:tcW w:w="4320" w:type="dxa"/>
          </w:tcPr>
          <w:p w14:paraId="5DFD5425" w14:textId="77777777" w:rsidR="004B5FA1" w:rsidRDefault="00690343">
            <w:r>
              <w:t>Telefono</w:t>
            </w:r>
          </w:p>
        </w:tc>
        <w:tc>
          <w:tcPr>
            <w:tcW w:w="4320" w:type="dxa"/>
          </w:tcPr>
          <w:p w14:paraId="5A91F006" w14:textId="77777777" w:rsidR="004B5FA1" w:rsidRDefault="004B5FA1"/>
        </w:tc>
      </w:tr>
      <w:tr w:rsidR="004B5FA1" w14:paraId="27DB71B1" w14:textId="77777777">
        <w:tc>
          <w:tcPr>
            <w:tcW w:w="4320" w:type="dxa"/>
          </w:tcPr>
          <w:p w14:paraId="65181890" w14:textId="77777777" w:rsidR="004B5FA1" w:rsidRDefault="00690343">
            <w:r>
              <w:t>PEC</w:t>
            </w:r>
          </w:p>
        </w:tc>
        <w:tc>
          <w:tcPr>
            <w:tcW w:w="4320" w:type="dxa"/>
          </w:tcPr>
          <w:p w14:paraId="68733C41" w14:textId="77777777" w:rsidR="004B5FA1" w:rsidRDefault="004B5FA1"/>
        </w:tc>
      </w:tr>
      <w:tr w:rsidR="004B5FA1" w14:paraId="5E685364" w14:textId="77777777">
        <w:tc>
          <w:tcPr>
            <w:tcW w:w="4320" w:type="dxa"/>
          </w:tcPr>
          <w:p w14:paraId="28A5523E" w14:textId="77777777" w:rsidR="004B5FA1" w:rsidRDefault="00690343">
            <w:r>
              <w:t>RUNTS</w:t>
            </w:r>
          </w:p>
        </w:tc>
        <w:tc>
          <w:tcPr>
            <w:tcW w:w="4320" w:type="dxa"/>
          </w:tcPr>
          <w:p w14:paraId="6950DE2D" w14:textId="77777777" w:rsidR="004B5FA1" w:rsidRDefault="00690343">
            <w:r>
              <w:t>Iscritto al RUNTS – Sezione ___ al n. _ dal ___ ovvero ☐ Iscritto all'Anagrafe ONLUS / Registro regionale cooperative sociali (specificare): ___</w:t>
            </w:r>
          </w:p>
        </w:tc>
      </w:tr>
      <w:tr w:rsidR="004B5FA1" w14:paraId="45B89BEC" w14:textId="77777777">
        <w:tc>
          <w:tcPr>
            <w:tcW w:w="4320" w:type="dxa"/>
          </w:tcPr>
          <w:p w14:paraId="63540482" w14:textId="77777777" w:rsidR="004B5FA1" w:rsidRDefault="00690343">
            <w:r>
              <w:t>CCNL applicato</w:t>
            </w:r>
          </w:p>
        </w:tc>
        <w:tc>
          <w:tcPr>
            <w:tcW w:w="4320" w:type="dxa"/>
          </w:tcPr>
          <w:p w14:paraId="293DDF9F" w14:textId="77777777" w:rsidR="004B5FA1" w:rsidRDefault="00690343">
            <w:r>
              <w:t>☐</w:t>
            </w:r>
            <w:r>
              <w:t xml:space="preserve"> Cooperative sociali ☐ Altro (specificare): ______</w:t>
            </w:r>
          </w:p>
        </w:tc>
      </w:tr>
    </w:tbl>
    <w:p w14:paraId="5642794F" w14:textId="77777777" w:rsidR="004B5FA1" w:rsidRDefault="004B5FA1" w:rsidP="00B45CEA">
      <w:pPr>
        <w:jc w:val="center"/>
      </w:pPr>
    </w:p>
    <w:p w14:paraId="4F34BDF7" w14:textId="77777777" w:rsidR="004B5FA1" w:rsidRDefault="00690343">
      <w:r>
        <w:rPr>
          <w:b/>
        </w:rPr>
        <w:t>CHIEDE</w:t>
      </w:r>
    </w:p>
    <w:p w14:paraId="356886A5" w14:textId="77777777" w:rsidR="004B5FA1" w:rsidRDefault="00690343">
      <w:r>
        <w:t>di partecipare alla procedura di manifestazione di interesse in oggetto e di essere ammesso alla successiva fase di co-progettazione.</w:t>
      </w:r>
    </w:p>
    <w:p w14:paraId="06024096" w14:textId="77777777" w:rsidR="004B5FA1" w:rsidRDefault="00690343">
      <w:r>
        <w:t>A tal fine, ai sensi degli artt. 46 e 47 del D.P.R. 28 dicembre 2000, n. 445, consapevole delle sanzioni penali previste dall'art. 76 del medesimo D.P.R. per le ipotesi di falsità in atti e dichiarazioni mendaci ivi richiamate,</w:t>
      </w:r>
    </w:p>
    <w:p w14:paraId="1F746966" w14:textId="77777777" w:rsidR="004B5FA1" w:rsidRDefault="00690343" w:rsidP="00B45CEA">
      <w:pPr>
        <w:jc w:val="center"/>
      </w:pPr>
      <w:r>
        <w:rPr>
          <w:b/>
        </w:rPr>
        <w:t>DICHIARA</w:t>
      </w:r>
    </w:p>
    <w:p w14:paraId="4FFC3CA7" w14:textId="77777777" w:rsidR="004B5FA1" w:rsidRDefault="00690343">
      <w:pPr>
        <w:pStyle w:val="Puntoelenco"/>
      </w:pPr>
      <w:r>
        <w:lastRenderedPageBreak/>
        <w:t>che l'ente è iscritto al RUNTS / Anagrafe ONLUS / Registro regionale cooperative sociali e che i dati sopra riportati corrispondono al vero;</w:t>
      </w:r>
    </w:p>
    <w:p w14:paraId="1AAFC144" w14:textId="77777777" w:rsidR="004B5FA1" w:rsidRDefault="00690343">
      <w:pPr>
        <w:pStyle w:val="Puntoelenco"/>
      </w:pPr>
      <w:r>
        <w:t>che l'ente è in possesso dei requisiti di partecipazione di cui all'art. 4 dell'Avviso e, in particolare:</w:t>
      </w:r>
    </w:p>
    <w:p w14:paraId="63960513" w14:textId="77777777" w:rsidR="004B5FA1" w:rsidRDefault="00690343">
      <w:r>
        <w:t>a) di possedere i requisiti di moralità professionale di cui all'art. 94 del D.Lgs. 36/2023, in quanto compatibili, e che non sussistono cause di esclusione di cui agli artt. 94 e 95 del medesimo decreto;</w:t>
      </w:r>
    </w:p>
    <w:p w14:paraId="0D4D8CA9" w14:textId="3F623AC6" w:rsidR="004B5FA1" w:rsidRDefault="00690343">
      <w:r>
        <w:t xml:space="preserve">b) di aver maturato un'esperienza documentata di </w:t>
      </w:r>
      <w:r w:rsidR="00B45CEA">
        <w:t>____</w:t>
      </w:r>
      <w:r>
        <w:t xml:space="preserve"> anni nell'inserimento lavorativo di persone svantaggiate;</w:t>
      </w:r>
    </w:p>
    <w:p w14:paraId="7319F24D" w14:textId="77777777" w:rsidR="004B5FA1" w:rsidRDefault="00690343">
      <w:r>
        <w:t>c) di applicare (o di impegnarsi ad applicare) il CCNL delle cooperative sociali;</w:t>
      </w:r>
    </w:p>
    <w:p w14:paraId="45717C0B" w14:textId="77777777" w:rsidR="004B5FA1" w:rsidRDefault="00690343">
      <w:r>
        <w:t>d) che l'ente non ha in corso procedure concorsuali né versa in situazioni di difficoltà economico-finanziaria tali da pregiudicare la regolare esecuzione delle attività;</w:t>
      </w:r>
    </w:p>
    <w:p w14:paraId="2DB08671" w14:textId="77777777" w:rsidR="004B5FA1" w:rsidRDefault="00690343">
      <w:pPr>
        <w:pStyle w:val="Puntoelenco"/>
      </w:pPr>
      <w:r>
        <w:t>(in caso di RTI/ATS) che l'ente partecipa in costituendo raggruppamento temporaneo con i seguenti soggetti: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4B5FA1" w14:paraId="0E3CFFD8" w14:textId="77777777">
        <w:tc>
          <w:tcPr>
            <w:tcW w:w="2880" w:type="dxa"/>
          </w:tcPr>
          <w:p w14:paraId="68226BB9" w14:textId="77777777" w:rsidR="004B5FA1" w:rsidRDefault="00690343">
            <w:r>
              <w:rPr>
                <w:b/>
              </w:rPr>
              <w:t>Denominazione</w:t>
            </w:r>
          </w:p>
        </w:tc>
        <w:tc>
          <w:tcPr>
            <w:tcW w:w="2880" w:type="dxa"/>
          </w:tcPr>
          <w:p w14:paraId="0B8B8DC6" w14:textId="77777777" w:rsidR="004B5FA1" w:rsidRDefault="00690343">
            <w:r>
              <w:rPr>
                <w:b/>
              </w:rPr>
              <w:t>Ruolo (capogruppo/mandante)</w:t>
            </w:r>
          </w:p>
        </w:tc>
        <w:tc>
          <w:tcPr>
            <w:tcW w:w="2880" w:type="dxa"/>
          </w:tcPr>
          <w:p w14:paraId="03CA982F" w14:textId="77777777" w:rsidR="004B5FA1" w:rsidRDefault="00690343">
            <w:r>
              <w:rPr>
                <w:b/>
              </w:rPr>
              <w:t>% attività</w:t>
            </w:r>
          </w:p>
        </w:tc>
      </w:tr>
      <w:tr w:rsidR="004B5FA1" w14:paraId="4D54A491" w14:textId="77777777">
        <w:tc>
          <w:tcPr>
            <w:tcW w:w="2880" w:type="dxa"/>
          </w:tcPr>
          <w:p w14:paraId="552FC0DB" w14:textId="77777777" w:rsidR="004B5FA1" w:rsidRDefault="004B5FA1"/>
        </w:tc>
        <w:tc>
          <w:tcPr>
            <w:tcW w:w="2880" w:type="dxa"/>
          </w:tcPr>
          <w:p w14:paraId="24068506" w14:textId="77777777" w:rsidR="004B5FA1" w:rsidRDefault="004B5FA1"/>
        </w:tc>
        <w:tc>
          <w:tcPr>
            <w:tcW w:w="2880" w:type="dxa"/>
          </w:tcPr>
          <w:p w14:paraId="292A0D80" w14:textId="77777777" w:rsidR="004B5FA1" w:rsidRDefault="004B5FA1"/>
        </w:tc>
      </w:tr>
    </w:tbl>
    <w:p w14:paraId="433A29F0" w14:textId="77777777" w:rsidR="004B5FA1" w:rsidRDefault="004B5FA1"/>
    <w:p w14:paraId="2967BF2B" w14:textId="77777777" w:rsidR="004B5FA1" w:rsidRDefault="00690343">
      <w:r>
        <w:t>e che si impegna a conferire mandato collettivo speciale con rappresentanza al capogruppo prima della stipula della convenzione;</w:t>
      </w:r>
    </w:p>
    <w:p w14:paraId="0C1DAC71" w14:textId="77777777" w:rsidR="004B5FA1" w:rsidRDefault="00690343">
      <w:pPr>
        <w:pStyle w:val="Puntoelenco"/>
      </w:pPr>
      <w:r>
        <w:t>(in caso di cooperative sociali di tipo B o A+B) che l'ente opera — anche — per l'inserimento lavorativo di persone svantaggiate ai sensi dell'art. 4 della L. 381/1991;</w:t>
      </w:r>
    </w:p>
    <w:p w14:paraId="696D1A07" w14:textId="77777777" w:rsidR="004B5FA1" w:rsidRDefault="00690343">
      <w:pPr>
        <w:pStyle w:val="Puntoelenco"/>
      </w:pPr>
      <w:r>
        <w:t>di accettare integralmente e senza riserve tutte le condizioni contenute nell'Avviso;</w:t>
      </w:r>
    </w:p>
    <w:p w14:paraId="198C7A7A" w14:textId="77777777" w:rsidR="004B5FA1" w:rsidRDefault="00690343">
      <w:pPr>
        <w:pStyle w:val="Puntoelenco"/>
      </w:pPr>
      <w:r>
        <w:t>di impegnarsi a partecipare attivamente al tavolo di co-progettazione e a sottoscrivere la convenzione attuativa in caso di selezione;</w:t>
      </w:r>
    </w:p>
    <w:p w14:paraId="3D435E6E" w14:textId="77777777" w:rsidR="004B5FA1" w:rsidRDefault="00690343">
      <w:pPr>
        <w:pStyle w:val="Puntoelenco"/>
      </w:pPr>
      <w:r>
        <w:t>di impegnarsi a realizzare il progetto in coerenza con il CCNL delle cooperative sociali e con il profilo professionale A2 per il lavoratore accompagnatore;</w:t>
      </w:r>
    </w:p>
    <w:p w14:paraId="5C8A8012" w14:textId="77777777" w:rsidR="004B5FA1" w:rsidRDefault="00690343">
      <w:pPr>
        <w:pStyle w:val="Puntoelenco"/>
      </w:pPr>
      <w:r>
        <w:t>di aver preso visione e di accettare le modalità di erogazione e rendicontazione del contributo di cui all'art. 3 dell'Avviso (rimborso esclusivo delle spese effettivamente sostenute e documentate, con esclusione di qualsiasi utile o margine);</w:t>
      </w:r>
    </w:p>
    <w:p w14:paraId="486011C6" w14:textId="77777777" w:rsidR="004B5FA1" w:rsidRDefault="00690343">
      <w:pPr>
        <w:pStyle w:val="Puntoelenco"/>
      </w:pPr>
      <w:r>
        <w:t>che i dati dichiarati nella presente domanda e negli allegati corrispondono al vero e che i sottoscrittori sono nel pieno possesso dei poteri necessari per impegnare l'ente;</w:t>
      </w:r>
    </w:p>
    <w:p w14:paraId="2896AD9A" w14:textId="77777777" w:rsidR="004B5FA1" w:rsidRDefault="00690343">
      <w:pPr>
        <w:pStyle w:val="Puntoelenco"/>
      </w:pPr>
      <w:r>
        <w:t>di autorizzare il trattamento dei dati personali ai sensi del Regolamento UE 2016/679 e del D.Lgs. 196/2003 per le finalità connesse alla presente procedura.</w:t>
      </w:r>
    </w:p>
    <w:p w14:paraId="378EAA2A" w14:textId="77777777" w:rsidR="004B5FA1" w:rsidRDefault="00690343">
      <w:r>
        <w:rPr>
          <w:b/>
        </w:rPr>
        <w:t>ALLEGA</w:t>
      </w:r>
      <w:r>
        <w:t xml:space="preserve"> </w:t>
      </w:r>
      <w:r>
        <w:rPr>
          <w:i/>
        </w:rPr>
        <w:t>(barrare i documenti presentati)</w:t>
      </w:r>
      <w:r>
        <w:t>:</w:t>
      </w:r>
    </w:p>
    <w:p w14:paraId="7722D017" w14:textId="271DBB43" w:rsidR="004B5FA1" w:rsidRDefault="00690343">
      <w:r>
        <w:t>☐</w:t>
      </w:r>
      <w:r>
        <w:t xml:space="preserve"> Proposta progettuale (max </w:t>
      </w:r>
      <w:r w:rsidR="0098461B">
        <w:t>3</w:t>
      </w:r>
      <w:r>
        <w:t xml:space="preserve"> pagine)</w:t>
      </w:r>
    </w:p>
    <w:p w14:paraId="0D960376" w14:textId="77777777" w:rsidR="004B5FA1" w:rsidRDefault="00690343">
      <w:r>
        <w:lastRenderedPageBreak/>
        <w:t>☐</w:t>
      </w:r>
      <w:r>
        <w:t xml:space="preserve"> Piano finanziario (Allegato B)</w:t>
      </w:r>
    </w:p>
    <w:p w14:paraId="4F0F7825" w14:textId="77777777" w:rsidR="004B5FA1" w:rsidRDefault="00690343">
      <w:r>
        <w:t>☐</w:t>
      </w:r>
      <w:r>
        <w:t xml:space="preserve"> Curriculum dell'ente e delle figure professionali chiave</w:t>
      </w:r>
    </w:p>
    <w:p w14:paraId="1F80F8B6" w14:textId="77777777" w:rsidR="004B5FA1" w:rsidRDefault="00690343">
      <w:r>
        <w:t>☐</w:t>
      </w:r>
      <w:r>
        <w:t xml:space="preserve"> Copia del documento di identità del dichiarante in corso di validità</w:t>
      </w:r>
    </w:p>
    <w:p w14:paraId="31D22CB8" w14:textId="77777777" w:rsidR="004B5FA1" w:rsidRDefault="00690343">
      <w:r>
        <w:t>☐</w:t>
      </w:r>
      <w:r>
        <w:t xml:space="preserve"> </w:t>
      </w:r>
      <w:r>
        <w:rPr>
          <w:i/>
        </w:rPr>
        <w:t>(eventuale)</w:t>
      </w:r>
      <w:r>
        <w:t xml:space="preserve"> Atto costitutivo e statuto dell'ente</w:t>
      </w:r>
    </w:p>
    <w:p w14:paraId="670A5713" w14:textId="77777777" w:rsidR="004B5FA1" w:rsidRDefault="00690343">
      <w:r>
        <w:t>☐</w:t>
      </w:r>
      <w:r>
        <w:t xml:space="preserve"> </w:t>
      </w:r>
      <w:r>
        <w:rPr>
          <w:i/>
        </w:rPr>
        <w:t>(eventuale)</w:t>
      </w:r>
      <w:r>
        <w:t xml:space="preserve"> Documentazione comprovante l'esperienza pregressa</w:t>
      </w:r>
    </w:p>
    <w:p w14:paraId="12BB51A4" w14:textId="77777777" w:rsidR="004B5FA1" w:rsidRDefault="00690343">
      <w:r>
        <w:t>☐</w:t>
      </w:r>
      <w:r>
        <w:t xml:space="preserve"> </w:t>
      </w:r>
      <w:r>
        <w:rPr>
          <w:i/>
        </w:rPr>
        <w:t>(eventuale)</w:t>
      </w:r>
      <w:r>
        <w:t xml:space="preserve"> Dichiarazione di RTI/ATS non ancora costituito</w:t>
      </w:r>
    </w:p>
    <w:p w14:paraId="3737BCF9" w14:textId="77777777" w:rsidR="004B5FA1" w:rsidRDefault="00690343">
      <w:r>
        <w:t>[Luogo], [data]</w:t>
      </w:r>
    </w:p>
    <w:p w14:paraId="70595F5E" w14:textId="77777777" w:rsidR="004B5FA1" w:rsidRDefault="00690343">
      <w:r>
        <w:rPr>
          <w:b/>
        </w:rPr>
        <w:t>Il Legale Rappresentante</w:t>
      </w:r>
    </w:p>
    <w:p w14:paraId="2FAC7ADB" w14:textId="77777777" w:rsidR="004B5FA1" w:rsidRDefault="00690343">
      <w:r>
        <w:rPr>
          <w:i/>
        </w:rPr>
        <w:t>(firma digitale o autografa)</w:t>
      </w:r>
    </w:p>
    <w:p w14:paraId="06F1F802" w14:textId="10A78525" w:rsidR="004B5FA1" w:rsidRDefault="00690343" w:rsidP="00B45CEA">
      <w:pPr>
        <w:jc w:val="both"/>
      </w:pPr>
      <w:r>
        <w:rPr>
          <w:b/>
        </w:rPr>
        <w:t>Informativa privacy</w:t>
      </w:r>
      <w:r>
        <w:t xml:space="preserve">: I dati personali forniti saranno trattati dal Comune di </w:t>
      </w:r>
      <w:r w:rsidR="00B45CEA">
        <w:t>Camisano Vicentino</w:t>
      </w:r>
      <w:r>
        <w:t>, Titolare del trattamento, esclusivamente per le finalità connesse alla presente procedura, nel rispetto del Regolamento UE 2016/679 e del D.Lgs. 196/2003. I dati saranno conservati per il tempo necessario allo svolgimento della procedura e in conformità agli obblighi di legge. L'interessato può esercitare i diritti di cui agli artt. 15-22 GDPR rivolgendosi al Titolare o al DPO.</w:t>
      </w:r>
    </w:p>
    <w:sectPr w:rsidR="004B5FA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9093255">
    <w:abstractNumId w:val="8"/>
  </w:num>
  <w:num w:numId="2" w16cid:durableId="374694676">
    <w:abstractNumId w:val="6"/>
  </w:num>
  <w:num w:numId="3" w16cid:durableId="371928369">
    <w:abstractNumId w:val="5"/>
  </w:num>
  <w:num w:numId="4" w16cid:durableId="2073846947">
    <w:abstractNumId w:val="4"/>
  </w:num>
  <w:num w:numId="5" w16cid:durableId="1709456216">
    <w:abstractNumId w:val="7"/>
  </w:num>
  <w:num w:numId="6" w16cid:durableId="1180508392">
    <w:abstractNumId w:val="3"/>
  </w:num>
  <w:num w:numId="7" w16cid:durableId="629170634">
    <w:abstractNumId w:val="2"/>
  </w:num>
  <w:num w:numId="8" w16cid:durableId="1113209968">
    <w:abstractNumId w:val="1"/>
  </w:num>
  <w:num w:numId="9" w16cid:durableId="1104962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355B"/>
    <w:rsid w:val="0029639D"/>
    <w:rsid w:val="00326F90"/>
    <w:rsid w:val="00417208"/>
    <w:rsid w:val="004B5FA1"/>
    <w:rsid w:val="00690343"/>
    <w:rsid w:val="0098461B"/>
    <w:rsid w:val="00AA1D8D"/>
    <w:rsid w:val="00B45CE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5BA667"/>
  <w14:defaultImageDpi w14:val="300"/>
  <w15:docId w15:val="{30928662-15D4-41A6-8A8C-95211E7E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it-IT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Sonia Borriero</cp:lastModifiedBy>
  <cp:revision>3</cp:revision>
  <dcterms:created xsi:type="dcterms:W3CDTF">2013-12-23T23:15:00Z</dcterms:created>
  <dcterms:modified xsi:type="dcterms:W3CDTF">2026-07-29T10:11:00Z</dcterms:modified>
  <cp:category/>
</cp:coreProperties>
</file>